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28781" w14:textId="77777777" w:rsidR="00227AEA" w:rsidRPr="009E601E" w:rsidRDefault="003A52FF">
      <w:pPr>
        <w:spacing w:after="80"/>
        <w:jc w:val="center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b/>
          <w:sz w:val="32"/>
        </w:rPr>
        <w:t xml:space="preserve">COVERING LETTER / </w:t>
      </w:r>
      <w:proofErr w:type="spellStart"/>
      <w:r w:rsidRPr="009E601E">
        <w:rPr>
          <w:rFonts w:ascii="Mangal" w:eastAsia="Yu Gothic UI" w:hAnsi="Mangal" w:cs="Mangal"/>
          <w:b/>
          <w:sz w:val="32"/>
        </w:rPr>
        <w:t>अर्ज</w:t>
      </w:r>
      <w:proofErr w:type="spellEnd"/>
      <w:r w:rsidRPr="009E601E">
        <w:rPr>
          <w:rFonts w:ascii="Yu Gothic UI" w:eastAsia="Yu Gothic UI" w:hAnsi="Yu Gothic UI"/>
          <w:b/>
          <w:sz w:val="32"/>
        </w:rPr>
        <w:t xml:space="preserve"> </w:t>
      </w:r>
      <w:proofErr w:type="spellStart"/>
      <w:r w:rsidRPr="009E601E">
        <w:rPr>
          <w:rFonts w:ascii="Mangal" w:eastAsia="Yu Gothic UI" w:hAnsi="Mangal" w:cs="Mangal"/>
          <w:b/>
          <w:sz w:val="32"/>
        </w:rPr>
        <w:t>पत्र</w:t>
      </w:r>
      <w:proofErr w:type="spellEnd"/>
    </w:p>
    <w:p w14:paraId="0EB54518" w14:textId="77777777" w:rsidR="00227AEA" w:rsidRPr="009E601E" w:rsidRDefault="003A52FF">
      <w:pPr>
        <w:spacing w:after="320"/>
        <w:jc w:val="center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sz w:val="24"/>
        </w:rPr>
        <w:t xml:space="preserve">(Application for EWS Certificate / EWS </w:t>
      </w:r>
      <w:proofErr w:type="spellStart"/>
      <w:r w:rsidRPr="009E601E">
        <w:rPr>
          <w:rFonts w:ascii="Mangal" w:eastAsia="Yu Gothic UI" w:hAnsi="Mangal" w:cs="Mangal"/>
          <w:sz w:val="24"/>
        </w:rPr>
        <w:t>प्रमाणपत्रासाठी</w:t>
      </w:r>
      <w:proofErr w:type="spellEnd"/>
      <w:r w:rsidRPr="009E601E">
        <w:rPr>
          <w:rFonts w:ascii="Yu Gothic UI" w:eastAsia="Yu Gothic UI" w:hAnsi="Yu Gothic UI"/>
          <w:sz w:val="24"/>
        </w:rPr>
        <w:t xml:space="preserve"> </w:t>
      </w:r>
      <w:proofErr w:type="spellStart"/>
      <w:r w:rsidRPr="009E601E">
        <w:rPr>
          <w:rFonts w:ascii="Mangal" w:eastAsia="Yu Gothic UI" w:hAnsi="Mangal" w:cs="Mangal"/>
          <w:sz w:val="24"/>
        </w:rPr>
        <w:t>अर्ज</w:t>
      </w:r>
      <w:proofErr w:type="spellEnd"/>
      <w:r w:rsidRPr="009E601E">
        <w:rPr>
          <w:rFonts w:ascii="Yu Gothic UI" w:eastAsia="Yu Gothic UI" w:hAnsi="Yu Gothic UI"/>
          <w:sz w:val="24"/>
        </w:rPr>
        <w:t>)</w:t>
      </w:r>
    </w:p>
    <w:p w14:paraId="5B286C7B" w14:textId="77777777" w:rsidR="00227AEA" w:rsidRPr="009E601E" w:rsidRDefault="003A52FF">
      <w:pPr>
        <w:spacing w:after="240"/>
        <w:jc w:val="right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</w:rPr>
        <w:t xml:space="preserve">Date / </w:t>
      </w:r>
      <w:proofErr w:type="spellStart"/>
      <w:r w:rsidRPr="006A2A59">
        <w:rPr>
          <w:rFonts w:ascii="Mangal" w:hAnsi="Mangal" w:cs="Mangal"/>
        </w:rPr>
        <w:t>दिनांक</w:t>
      </w:r>
      <w:proofErr w:type="spellEnd"/>
      <w:r w:rsidRPr="009E601E">
        <w:rPr>
          <w:rFonts w:ascii="Yu Gothic UI" w:eastAsia="Yu Gothic UI" w:hAnsi="Yu Gothic UI"/>
        </w:rPr>
        <w:t xml:space="preserve">: </w:t>
      </w:r>
      <w:r w:rsidR="006A2A59" w:rsidRPr="006A2A59">
        <w:rPr>
          <w:rFonts w:ascii="Yu Gothic UI" w:eastAsia="Yu Gothic UI" w:hAnsi="Yu Gothic UI" w:hint="eastAsia"/>
          <w:b/>
          <w:bCs/>
          <w:color w:val="1D4ED8"/>
        </w:rPr>
        <w:t>{</w:t>
      </w:r>
      <w:proofErr w:type="spellStart"/>
      <w:r w:rsidR="006A2A59" w:rsidRPr="006A2A59">
        <w:rPr>
          <w:rFonts w:ascii="Yu Gothic UI" w:eastAsia="Yu Gothic UI" w:hAnsi="Yu Gothic UI" w:hint="eastAsia"/>
          <w:b/>
          <w:bCs/>
          <w:color w:val="1D4ED8"/>
        </w:rPr>
        <w:t>exec_date</w:t>
      </w:r>
      <w:proofErr w:type="spellEnd"/>
      <w:r w:rsidR="006A2A59" w:rsidRPr="006A2A59">
        <w:rPr>
          <w:rFonts w:ascii="Yu Gothic UI" w:eastAsia="Yu Gothic UI" w:hAnsi="Yu Gothic UI" w:hint="eastAsia"/>
          <w:b/>
          <w:bCs/>
          <w:color w:val="1D4ED8"/>
        </w:rPr>
        <w:t>}</w:t>
      </w:r>
    </w:p>
    <w:p w14:paraId="38D67E74" w14:textId="77777777" w:rsidR="00227AEA" w:rsidRPr="009E601E" w:rsidRDefault="003A52FF">
      <w:pPr>
        <w:spacing w:after="40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b/>
        </w:rPr>
        <w:t>To,</w:t>
      </w:r>
    </w:p>
    <w:p w14:paraId="17BE04D4" w14:textId="77777777" w:rsidR="00227AEA" w:rsidRPr="009E601E" w:rsidRDefault="003A52FF">
      <w:pPr>
        <w:spacing w:after="40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b/>
        </w:rPr>
        <w:t xml:space="preserve">The Tehsildar / </w:t>
      </w:r>
      <w:proofErr w:type="spellStart"/>
      <w:r w:rsidRPr="009E601E">
        <w:rPr>
          <w:rFonts w:ascii="Mangal" w:eastAsia="Yu Gothic UI" w:hAnsi="Mangal" w:cs="Mangal"/>
          <w:b/>
        </w:rPr>
        <w:t>तहसीलदार</w:t>
      </w:r>
      <w:proofErr w:type="spellEnd"/>
      <w:r w:rsidRPr="009E601E">
        <w:rPr>
          <w:rFonts w:ascii="Yu Gothic UI" w:eastAsia="Yu Gothic UI" w:hAnsi="Yu Gothic UI"/>
          <w:b/>
        </w:rPr>
        <w:t>,</w:t>
      </w:r>
    </w:p>
    <w:p w14:paraId="6FCC06F0" w14:textId="658DF1F0" w:rsidR="00227AEA" w:rsidRPr="009E601E" w:rsidRDefault="00C96FDC">
      <w:pPr>
        <w:spacing w:after="40"/>
        <w:rPr>
          <w:rFonts w:ascii="Yu Gothic UI" w:eastAsia="Yu Gothic UI" w:hAnsi="Yu Gothic UI"/>
        </w:rPr>
      </w:pPr>
      <w:r w:rsidRPr="00C96FDC">
        <w:rPr>
          <w:rFonts w:ascii="Yu Gothic UI" w:eastAsia="Yu Gothic UI" w:hAnsi="Yu Gothic UI" w:hint="eastAsia"/>
        </w:rPr>
        <w:t>Taluka:</w:t>
      </w:r>
      <w:r w:rsidR="003F4510">
        <w:rPr>
          <w:rFonts w:ascii="Yu Gothic UI" w:eastAsia="Yu Gothic UI" w:hAnsi="Yu Gothic UI"/>
        </w:rPr>
        <w:t xml:space="preserve">                  </w:t>
      </w:r>
      <w:proofErr w:type="gramStart"/>
      <w:r w:rsidR="003F4510">
        <w:rPr>
          <w:rFonts w:ascii="Yu Gothic UI" w:eastAsia="Yu Gothic UI" w:hAnsi="Yu Gothic UI"/>
        </w:rPr>
        <w:t xml:space="preserve">  </w:t>
      </w:r>
      <w:r w:rsidRPr="00C96FDC">
        <w:rPr>
          <w:rFonts w:ascii="Yu Gothic UI" w:eastAsia="Yu Gothic UI" w:hAnsi="Yu Gothic UI" w:hint="eastAsia"/>
        </w:rPr>
        <w:t>,</w:t>
      </w:r>
      <w:proofErr w:type="gramEnd"/>
      <w:r w:rsidRPr="00C96FDC">
        <w:rPr>
          <w:rFonts w:ascii="Yu Gothic UI" w:eastAsia="Yu Gothic UI" w:hAnsi="Yu Gothic UI" w:hint="eastAsia"/>
        </w:rPr>
        <w:t xml:space="preserve">  District: </w:t>
      </w:r>
      <w:r w:rsidR="003F4510">
        <w:rPr>
          <w:rFonts w:ascii="Yu Gothic UI" w:eastAsia="Yu Gothic UI" w:hAnsi="Yu Gothic UI"/>
          <w:b/>
          <w:bCs/>
          <w:color w:val="1D4ED8"/>
        </w:rPr>
        <w:t xml:space="preserve">                   </w:t>
      </w:r>
    </w:p>
    <w:p w14:paraId="013321CC" w14:textId="77777777" w:rsidR="00227AEA" w:rsidRPr="009E601E" w:rsidRDefault="003A52FF">
      <w:pPr>
        <w:spacing w:after="280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</w:rPr>
        <w:t>Maharashtra.</w:t>
      </w:r>
    </w:p>
    <w:p w14:paraId="21A44549" w14:textId="77777777" w:rsidR="00227AEA" w:rsidRPr="009E601E" w:rsidRDefault="003A52FF">
      <w:pPr>
        <w:spacing w:after="80"/>
        <w:jc w:val="both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b/>
        </w:rPr>
        <w:t xml:space="preserve">Subject: </w:t>
      </w:r>
      <w:r w:rsidRPr="009E601E">
        <w:rPr>
          <w:rFonts w:ascii="Yu Gothic UI" w:eastAsia="Yu Gothic UI" w:hAnsi="Yu Gothic UI"/>
        </w:rPr>
        <w:t>Application for issue of Economically Weaker Section (EWS) Certificate under the 103rd Constitutional Amendment Act, 2019.</w:t>
      </w:r>
    </w:p>
    <w:p w14:paraId="3602C183" w14:textId="77777777" w:rsidR="00227AEA" w:rsidRPr="009E601E" w:rsidRDefault="003A52FF">
      <w:pPr>
        <w:spacing w:after="240"/>
        <w:jc w:val="both"/>
        <w:rPr>
          <w:rFonts w:ascii="Yu Gothic UI" w:eastAsia="Yu Gothic UI" w:hAnsi="Yu Gothic UI"/>
        </w:rPr>
      </w:pPr>
      <w:proofErr w:type="spellStart"/>
      <w:r w:rsidRPr="009E601E">
        <w:rPr>
          <w:rFonts w:ascii="Mangal" w:eastAsia="Yu Gothic UI" w:hAnsi="Mangal" w:cs="Mangal"/>
          <w:b/>
        </w:rPr>
        <w:t>विषय</w:t>
      </w:r>
      <w:proofErr w:type="spellEnd"/>
      <w:r w:rsidRPr="009E601E">
        <w:rPr>
          <w:rFonts w:ascii="Yu Gothic UI" w:eastAsia="Yu Gothic UI" w:hAnsi="Yu Gothic UI"/>
          <w:b/>
        </w:rPr>
        <w:t xml:space="preserve">: </w:t>
      </w:r>
      <w:r w:rsidRPr="009E601E">
        <w:rPr>
          <w:rFonts w:ascii="Yu Gothic UI" w:eastAsia="Yu Gothic UI" w:hAnsi="Yu Gothic UI"/>
        </w:rPr>
        <w:t xml:space="preserve">103 </w:t>
      </w:r>
      <w:proofErr w:type="spellStart"/>
      <w:r w:rsidRPr="009E601E">
        <w:rPr>
          <w:rFonts w:ascii="Mangal" w:eastAsia="Yu Gothic UI" w:hAnsi="Mangal" w:cs="Mangal"/>
        </w:rPr>
        <w:t>व्या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घटनादुरुस्ती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कायदा</w:t>
      </w:r>
      <w:proofErr w:type="spellEnd"/>
      <w:r w:rsidRPr="009E601E">
        <w:rPr>
          <w:rFonts w:ascii="Yu Gothic UI" w:eastAsia="Yu Gothic UI" w:hAnsi="Yu Gothic UI"/>
        </w:rPr>
        <w:t xml:space="preserve">, 2019 </w:t>
      </w:r>
      <w:proofErr w:type="spellStart"/>
      <w:r w:rsidRPr="009E601E">
        <w:rPr>
          <w:rFonts w:ascii="Mangal" w:eastAsia="Yu Gothic UI" w:hAnsi="Mangal" w:cs="Mangal"/>
        </w:rPr>
        <w:t>अंतर्गत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आर्थिकदृष्ट्या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दुर्बल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घटक</w:t>
      </w:r>
      <w:proofErr w:type="spellEnd"/>
      <w:r w:rsidRPr="009E601E">
        <w:rPr>
          <w:rFonts w:ascii="Yu Gothic UI" w:eastAsia="Yu Gothic UI" w:hAnsi="Yu Gothic UI"/>
        </w:rPr>
        <w:t xml:space="preserve"> (EWS) </w:t>
      </w:r>
      <w:proofErr w:type="spellStart"/>
      <w:r w:rsidRPr="009E601E">
        <w:rPr>
          <w:rFonts w:ascii="Mangal" w:eastAsia="Yu Gothic UI" w:hAnsi="Mangal" w:cs="Mangal"/>
        </w:rPr>
        <w:t>प्रमाणपत्र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मिळण्यासाठी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अर्ज</w:t>
      </w:r>
      <w:proofErr w:type="spellEnd"/>
      <w:r w:rsidRPr="009E601E">
        <w:rPr>
          <w:rFonts w:ascii="Yu Gothic UI" w:eastAsia="Yu Gothic UI" w:hAnsi="Yu Gothic UI"/>
        </w:rPr>
        <w:t>.</w:t>
      </w:r>
    </w:p>
    <w:p w14:paraId="22C68237" w14:textId="77777777" w:rsidR="00227AEA" w:rsidRPr="009E601E" w:rsidRDefault="003A52FF">
      <w:pPr>
        <w:jc w:val="both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</w:rPr>
        <w:t xml:space="preserve">Respected </w:t>
      </w:r>
      <w:proofErr w:type="gramStart"/>
      <w:r w:rsidRPr="009E601E">
        <w:rPr>
          <w:rFonts w:ascii="Yu Gothic UI" w:eastAsia="Yu Gothic UI" w:hAnsi="Yu Gothic UI"/>
        </w:rPr>
        <w:t>Sir / Madam,  /</w:t>
      </w:r>
      <w:proofErr w:type="gramEnd"/>
      <w:r w:rsidRPr="009E601E">
        <w:rPr>
          <w:rFonts w:ascii="Yu Gothic UI" w:eastAsia="Yu Gothic UI" w:hAnsi="Yu Gothic UI"/>
        </w:rPr>
        <w:t xml:space="preserve">  </w:t>
      </w:r>
      <w:proofErr w:type="spellStart"/>
      <w:r w:rsidRPr="009E601E">
        <w:rPr>
          <w:rFonts w:ascii="Mangal" w:eastAsia="Yu Gothic UI" w:hAnsi="Mangal" w:cs="Mangal"/>
        </w:rPr>
        <w:t>महोदय</w:t>
      </w:r>
      <w:proofErr w:type="spellEnd"/>
      <w:r w:rsidRPr="009E601E">
        <w:rPr>
          <w:rFonts w:ascii="Yu Gothic UI" w:eastAsia="Yu Gothic UI" w:hAnsi="Yu Gothic UI"/>
        </w:rPr>
        <w:t xml:space="preserve"> / </w:t>
      </w:r>
      <w:proofErr w:type="spellStart"/>
      <w:r w:rsidRPr="009E601E">
        <w:rPr>
          <w:rFonts w:ascii="Mangal" w:eastAsia="Yu Gothic UI" w:hAnsi="Mangal" w:cs="Mangal"/>
        </w:rPr>
        <w:t>महोदया</w:t>
      </w:r>
      <w:proofErr w:type="spellEnd"/>
      <w:r w:rsidRPr="009E601E">
        <w:rPr>
          <w:rFonts w:ascii="Yu Gothic UI" w:eastAsia="Yu Gothic UI" w:hAnsi="Yu Gothic UI"/>
        </w:rPr>
        <w:t>,</w:t>
      </w:r>
    </w:p>
    <w:p w14:paraId="03BDB05C" w14:textId="77777777" w:rsidR="003F4510" w:rsidRDefault="003A52FF">
      <w:pPr>
        <w:spacing w:after="80"/>
        <w:jc w:val="both"/>
        <w:rPr>
          <w:rFonts w:ascii="Yu Gothic UI" w:eastAsia="Yu Gothic UI" w:hAnsi="Yu Gothic UI"/>
        </w:rPr>
      </w:pPr>
      <w:proofErr w:type="gramStart"/>
      <w:r w:rsidRPr="009E601E">
        <w:rPr>
          <w:rFonts w:ascii="Yu Gothic UI" w:eastAsia="Yu Gothic UI" w:hAnsi="Yu Gothic UI"/>
        </w:rPr>
        <w:t xml:space="preserve">I, </w:t>
      </w:r>
      <w:r w:rsidR="003F4510">
        <w:rPr>
          <w:rFonts w:ascii="Yu Gothic UI" w:eastAsia="Yu Gothic UI" w:hAnsi="Yu Gothic UI"/>
        </w:rPr>
        <w:t xml:space="preserve">  </w:t>
      </w:r>
      <w:proofErr w:type="gramEnd"/>
      <w:r w:rsidR="003F4510">
        <w:rPr>
          <w:rFonts w:ascii="Yu Gothic UI" w:eastAsia="Yu Gothic UI" w:hAnsi="Yu Gothic UI"/>
        </w:rPr>
        <w:t xml:space="preserve">                                                                   </w:t>
      </w:r>
      <w:r w:rsidR="003F4510">
        <w:rPr>
          <w:rFonts w:ascii="Yu Gothic UI" w:eastAsia="Yu Gothic UI" w:hAnsi="Yu Gothic UI"/>
        </w:rPr>
        <w:tab/>
      </w:r>
      <w:r w:rsidR="00AE0455" w:rsidRPr="00AE0455">
        <w:rPr>
          <w:rFonts w:ascii="Yu Gothic UI" w:eastAsia="Yu Gothic UI" w:hAnsi="Yu Gothic UI" w:hint="eastAsia"/>
        </w:rPr>
        <w:t>,</w:t>
      </w:r>
      <w:r w:rsidRPr="009E601E">
        <w:rPr>
          <w:rFonts w:ascii="Yu Gothic UI" w:eastAsia="Yu Gothic UI" w:hAnsi="Yu Gothic UI"/>
        </w:rPr>
        <w:t xml:space="preserve"> aged</w:t>
      </w:r>
      <w:r w:rsidR="003F4510">
        <w:rPr>
          <w:rFonts w:ascii="Yu Gothic UI" w:eastAsia="Yu Gothic UI" w:hAnsi="Yu Gothic UI"/>
        </w:rPr>
        <w:tab/>
      </w:r>
      <w:r w:rsidR="003F4510">
        <w:rPr>
          <w:rFonts w:ascii="Yu Gothic UI" w:eastAsia="Yu Gothic UI" w:hAnsi="Yu Gothic UI"/>
        </w:rPr>
        <w:tab/>
      </w:r>
      <w:r w:rsidRPr="009E601E">
        <w:rPr>
          <w:rFonts w:ascii="Yu Gothic UI" w:eastAsia="Yu Gothic UI" w:hAnsi="Yu Gothic UI"/>
        </w:rPr>
        <w:t>years, residing at</w:t>
      </w:r>
    </w:p>
    <w:p w14:paraId="63BDEBEF" w14:textId="77777777" w:rsidR="003F4510" w:rsidRDefault="003F4510" w:rsidP="003F4510">
      <w:pPr>
        <w:spacing w:before="80" w:after="80"/>
        <w:jc w:val="both"/>
        <w:rPr>
          <w:rFonts w:ascii="Mangal" w:hAnsi="Mangal" w:cs="Mangal"/>
        </w:rPr>
      </w:pPr>
      <w:r>
        <w:rPr>
          <w:rFonts w:ascii="Mangal" w:hAnsi="Mangal" w:cs="Mangal"/>
        </w:rPr>
        <w:t>[Address]</w:t>
      </w:r>
    </w:p>
    <w:p w14:paraId="2C60845F" w14:textId="77777777" w:rsidR="003F4510" w:rsidRDefault="003F4510">
      <w:pPr>
        <w:spacing w:after="80"/>
        <w:jc w:val="both"/>
        <w:rPr>
          <w:rFonts w:ascii="Yu Gothic UI" w:eastAsia="Yu Gothic UI" w:hAnsi="Yu Gothic UI"/>
        </w:rPr>
      </w:pPr>
    </w:p>
    <w:p w14:paraId="347E3C04" w14:textId="03DF2F99" w:rsidR="00227AEA" w:rsidRPr="009E601E" w:rsidRDefault="003A52FF">
      <w:pPr>
        <w:spacing w:after="80"/>
        <w:jc w:val="both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</w:rPr>
        <w:t xml:space="preserve"> Taluka: </w:t>
      </w:r>
      <w:r w:rsidR="003F4510">
        <w:rPr>
          <w:rFonts w:ascii="Yu Gothic UI" w:eastAsia="Yu Gothic UI" w:hAnsi="Yu Gothic UI"/>
          <w:b/>
          <w:bCs/>
          <w:color w:val="1D4ED8"/>
        </w:rPr>
        <w:tab/>
      </w:r>
      <w:r w:rsidR="003F4510">
        <w:rPr>
          <w:rFonts w:ascii="Yu Gothic UI" w:eastAsia="Yu Gothic UI" w:hAnsi="Yu Gothic UI"/>
          <w:b/>
          <w:bCs/>
          <w:color w:val="1D4ED8"/>
        </w:rPr>
        <w:tab/>
      </w:r>
      <w:r w:rsidR="00AE0455" w:rsidRPr="00AE0455">
        <w:rPr>
          <w:rFonts w:ascii="Yu Gothic UI" w:eastAsia="Yu Gothic UI" w:hAnsi="Yu Gothic UI" w:hint="eastAsia"/>
        </w:rPr>
        <w:t>,</w:t>
      </w:r>
      <w:r w:rsidRPr="009E601E">
        <w:rPr>
          <w:rFonts w:ascii="Yu Gothic UI" w:eastAsia="Yu Gothic UI" w:hAnsi="Yu Gothic UI"/>
        </w:rPr>
        <w:t xml:space="preserve"> District: </w:t>
      </w:r>
      <w:proofErr w:type="gramStart"/>
      <w:r w:rsidR="003F4510">
        <w:rPr>
          <w:rFonts w:ascii="Yu Gothic UI" w:eastAsia="Yu Gothic UI" w:hAnsi="Yu Gothic UI"/>
          <w:b/>
          <w:bCs/>
          <w:color w:val="1D4ED8"/>
        </w:rPr>
        <w:tab/>
        <w:t xml:space="preserve">  </w:t>
      </w:r>
      <w:r w:rsidR="00AE0455" w:rsidRPr="00AE0455">
        <w:rPr>
          <w:rFonts w:ascii="Yu Gothic UI" w:eastAsia="Yu Gothic UI" w:hAnsi="Yu Gothic UI" w:hint="eastAsia"/>
        </w:rPr>
        <w:t>,</w:t>
      </w:r>
      <w:proofErr w:type="gramEnd"/>
      <w:r w:rsidRPr="009E601E">
        <w:rPr>
          <w:rFonts w:ascii="Yu Gothic UI" w:eastAsia="Yu Gothic UI" w:hAnsi="Yu Gothic UI"/>
        </w:rPr>
        <w:t xml:space="preserve"> Maharashtra, Aadhaar No.:</w:t>
      </w:r>
      <w:r w:rsidR="003F4510">
        <w:rPr>
          <w:rFonts w:ascii="Yu Gothic UI" w:eastAsia="Yu Gothic UI" w:hAnsi="Yu Gothic UI"/>
        </w:rPr>
        <w:tab/>
      </w:r>
      <w:r w:rsidR="003F4510">
        <w:rPr>
          <w:rFonts w:ascii="Yu Gothic UI" w:eastAsia="Yu Gothic UI" w:hAnsi="Yu Gothic UI"/>
        </w:rPr>
        <w:tab/>
      </w:r>
      <w:r w:rsidR="003F4510">
        <w:rPr>
          <w:rFonts w:ascii="Yu Gothic UI" w:eastAsia="Yu Gothic UI" w:hAnsi="Yu Gothic UI"/>
        </w:rPr>
        <w:tab/>
      </w:r>
      <w:r w:rsidR="00AE0455" w:rsidRPr="00AE0455">
        <w:rPr>
          <w:rFonts w:ascii="Yu Gothic UI" w:eastAsia="Yu Gothic UI" w:hAnsi="Yu Gothic UI" w:hint="eastAsia"/>
        </w:rPr>
        <w:t>,</w:t>
      </w:r>
      <w:r w:rsidRPr="009E601E">
        <w:rPr>
          <w:rFonts w:ascii="Yu Gothic UI" w:eastAsia="Yu Gothic UI" w:hAnsi="Yu Gothic UI"/>
        </w:rPr>
        <w:t xml:space="preserve"> respectfully submit this application for issue of an EWS Certificate.</w:t>
      </w:r>
    </w:p>
    <w:p w14:paraId="1760A720" w14:textId="77777777" w:rsidR="003F4510" w:rsidRDefault="003A52FF">
      <w:pPr>
        <w:spacing w:after="240"/>
        <w:jc w:val="both"/>
        <w:rPr>
          <w:rFonts w:ascii="Yu Gothic UI" w:eastAsia="Yu Gothic UI" w:hAnsi="Yu Gothic UI"/>
        </w:rPr>
      </w:pPr>
      <w:proofErr w:type="spellStart"/>
      <w:r w:rsidRPr="00E95598">
        <w:rPr>
          <w:rFonts w:ascii="Mangal" w:hAnsi="Mangal" w:cs="Mangal"/>
        </w:rPr>
        <w:t>मी</w:t>
      </w:r>
      <w:proofErr w:type="spellEnd"/>
      <w:r w:rsidRPr="009E601E">
        <w:rPr>
          <w:rFonts w:ascii="Yu Gothic UI" w:eastAsia="Yu Gothic UI" w:hAnsi="Yu Gothic UI"/>
        </w:rPr>
        <w:t xml:space="preserve">, </w:t>
      </w:r>
      <w:r w:rsidR="003F4510">
        <w:rPr>
          <w:rFonts w:ascii="Yu Gothic UI" w:eastAsia="Yu Gothic UI" w:hAnsi="Yu Gothic UI"/>
          <w:b/>
          <w:bCs/>
          <w:color w:val="1D4ED8"/>
        </w:rPr>
        <w:tab/>
      </w:r>
      <w:r w:rsidR="003F4510">
        <w:rPr>
          <w:rFonts w:ascii="Yu Gothic UI" w:eastAsia="Yu Gothic UI" w:hAnsi="Yu Gothic UI"/>
          <w:b/>
          <w:bCs/>
          <w:color w:val="1D4ED8"/>
        </w:rPr>
        <w:tab/>
      </w:r>
      <w:r w:rsidR="003F4510">
        <w:rPr>
          <w:rFonts w:ascii="Yu Gothic UI" w:eastAsia="Yu Gothic UI" w:hAnsi="Yu Gothic UI"/>
          <w:b/>
          <w:bCs/>
          <w:color w:val="1D4ED8"/>
        </w:rPr>
        <w:tab/>
      </w:r>
      <w:r w:rsidR="003F4510">
        <w:rPr>
          <w:rFonts w:ascii="Yu Gothic UI" w:eastAsia="Yu Gothic UI" w:hAnsi="Yu Gothic UI"/>
          <w:b/>
          <w:bCs/>
          <w:color w:val="1D4ED8"/>
        </w:rPr>
        <w:tab/>
      </w:r>
      <w:r w:rsidR="003F4510">
        <w:rPr>
          <w:rFonts w:ascii="Yu Gothic UI" w:eastAsia="Yu Gothic UI" w:hAnsi="Yu Gothic UI"/>
          <w:b/>
          <w:bCs/>
          <w:color w:val="1D4ED8"/>
        </w:rPr>
        <w:tab/>
      </w:r>
      <w:r w:rsidR="003F4510">
        <w:rPr>
          <w:rFonts w:ascii="Yu Gothic UI" w:eastAsia="Yu Gothic UI" w:hAnsi="Yu Gothic UI"/>
          <w:b/>
          <w:bCs/>
          <w:color w:val="1D4ED8"/>
        </w:rPr>
        <w:tab/>
      </w:r>
      <w:proofErr w:type="spellStart"/>
      <w:r w:rsidRPr="00E95598">
        <w:rPr>
          <w:rFonts w:ascii="Mangal" w:hAnsi="Mangal" w:cs="Mangal"/>
        </w:rPr>
        <w:t>वय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r w:rsidR="003F4510">
        <w:rPr>
          <w:rFonts w:ascii="Yu Gothic UI" w:eastAsia="Yu Gothic UI" w:hAnsi="Yu Gothic UI"/>
          <w:b/>
          <w:bCs/>
          <w:color w:val="1D4ED8"/>
        </w:rPr>
        <w:tab/>
      </w:r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E95598">
        <w:rPr>
          <w:rFonts w:ascii="Mangal" w:hAnsi="Mangal" w:cs="Mangal"/>
        </w:rPr>
        <w:t>वर्षे</w:t>
      </w:r>
      <w:proofErr w:type="spellEnd"/>
      <w:r w:rsidRPr="009E601E">
        <w:rPr>
          <w:rFonts w:ascii="Yu Gothic UI" w:eastAsia="Yu Gothic UI" w:hAnsi="Yu Gothic UI"/>
        </w:rPr>
        <w:t xml:space="preserve">, </w:t>
      </w:r>
      <w:proofErr w:type="spellStart"/>
      <w:r w:rsidRPr="00E95598">
        <w:rPr>
          <w:rFonts w:ascii="Mangal" w:hAnsi="Mangal" w:cs="Mangal"/>
        </w:rPr>
        <w:t>रहिवासी</w:t>
      </w:r>
      <w:proofErr w:type="spellEnd"/>
      <w:r w:rsidRPr="009E601E">
        <w:rPr>
          <w:rFonts w:ascii="Yu Gothic UI" w:eastAsia="Yu Gothic UI" w:hAnsi="Yu Gothic UI"/>
        </w:rPr>
        <w:t xml:space="preserve"> </w:t>
      </w:r>
    </w:p>
    <w:p w14:paraId="130963A6" w14:textId="77777777" w:rsidR="003F4510" w:rsidRDefault="003F4510" w:rsidP="003F4510">
      <w:pPr>
        <w:spacing w:before="80" w:after="80"/>
        <w:jc w:val="both"/>
        <w:rPr>
          <w:rFonts w:ascii="Mangal" w:hAnsi="Mangal" w:cs="Mangal"/>
        </w:rPr>
      </w:pPr>
      <w:r>
        <w:rPr>
          <w:rFonts w:ascii="Mangal" w:hAnsi="Mangal" w:cs="Mangal"/>
        </w:rPr>
        <w:t>[Address]</w:t>
      </w:r>
    </w:p>
    <w:p w14:paraId="69D13C98" w14:textId="3CF7D856" w:rsidR="00227AEA" w:rsidRPr="009E601E" w:rsidRDefault="003A52FF">
      <w:pPr>
        <w:spacing w:after="240"/>
        <w:jc w:val="both"/>
        <w:rPr>
          <w:rFonts w:ascii="Yu Gothic UI" w:eastAsia="Yu Gothic UI" w:hAnsi="Yu Gothic UI"/>
        </w:rPr>
      </w:pPr>
      <w:proofErr w:type="spellStart"/>
      <w:r w:rsidRPr="00E95598">
        <w:rPr>
          <w:rFonts w:ascii="Mangal" w:hAnsi="Mangal" w:cs="Mangal"/>
        </w:rPr>
        <w:t>तालुका</w:t>
      </w:r>
      <w:proofErr w:type="spellEnd"/>
      <w:r w:rsidRPr="009E601E">
        <w:rPr>
          <w:rFonts w:ascii="Yu Gothic UI" w:eastAsia="Yu Gothic UI" w:hAnsi="Yu Gothic UI"/>
        </w:rPr>
        <w:t xml:space="preserve">: </w:t>
      </w:r>
      <w:r w:rsidR="003F4510">
        <w:rPr>
          <w:rFonts w:ascii="Yu Gothic UI" w:eastAsia="Yu Gothic UI" w:hAnsi="Yu Gothic UI"/>
          <w:b/>
          <w:bCs/>
          <w:color w:val="1D4ED8"/>
        </w:rPr>
        <w:tab/>
      </w:r>
      <w:r w:rsidR="003F4510">
        <w:rPr>
          <w:rFonts w:ascii="Yu Gothic UI" w:eastAsia="Yu Gothic UI" w:hAnsi="Yu Gothic UI"/>
          <w:b/>
          <w:bCs/>
          <w:color w:val="1D4ED8"/>
        </w:rPr>
        <w:tab/>
        <w:t xml:space="preserve">     </w:t>
      </w:r>
      <w:proofErr w:type="gramStart"/>
      <w:r w:rsidR="003F4510">
        <w:rPr>
          <w:rFonts w:ascii="Yu Gothic UI" w:eastAsia="Yu Gothic UI" w:hAnsi="Yu Gothic UI"/>
          <w:b/>
          <w:bCs/>
          <w:color w:val="1D4ED8"/>
        </w:rPr>
        <w:t xml:space="preserve">  </w:t>
      </w:r>
      <w:r w:rsidR="00E95598" w:rsidRPr="00E95598">
        <w:rPr>
          <w:rFonts w:ascii="Yu Gothic UI" w:eastAsia="Yu Gothic UI" w:hAnsi="Yu Gothic UI" w:hint="eastAsia"/>
        </w:rPr>
        <w:t>,</w:t>
      </w:r>
      <w:proofErr w:type="gram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E95598">
        <w:rPr>
          <w:rFonts w:ascii="Mangal" w:hAnsi="Mangal" w:cs="Mangal"/>
        </w:rPr>
        <w:t>जिल्हा</w:t>
      </w:r>
      <w:proofErr w:type="spellEnd"/>
      <w:r w:rsidRPr="009E601E">
        <w:rPr>
          <w:rFonts w:ascii="Yu Gothic UI" w:eastAsia="Yu Gothic UI" w:hAnsi="Yu Gothic UI"/>
        </w:rPr>
        <w:t xml:space="preserve">: </w:t>
      </w:r>
      <w:r w:rsidR="003F4510">
        <w:rPr>
          <w:rFonts w:ascii="Yu Gothic UI" w:eastAsia="Yu Gothic UI" w:hAnsi="Yu Gothic UI"/>
          <w:b/>
          <w:bCs/>
          <w:color w:val="1D4ED8"/>
        </w:rPr>
        <w:tab/>
        <w:t xml:space="preserve">              </w:t>
      </w:r>
      <w:proofErr w:type="gramStart"/>
      <w:r w:rsidR="003F4510">
        <w:rPr>
          <w:rFonts w:ascii="Yu Gothic UI" w:eastAsia="Yu Gothic UI" w:hAnsi="Yu Gothic UI"/>
          <w:b/>
          <w:bCs/>
          <w:color w:val="1D4ED8"/>
        </w:rPr>
        <w:t xml:space="preserve">  </w:t>
      </w:r>
      <w:r w:rsidR="00E95598" w:rsidRPr="00E95598">
        <w:rPr>
          <w:rFonts w:ascii="Yu Gothic UI" w:eastAsia="Yu Gothic UI" w:hAnsi="Yu Gothic UI" w:hint="eastAsia"/>
        </w:rPr>
        <w:t>,</w:t>
      </w:r>
      <w:proofErr w:type="gram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E95598">
        <w:rPr>
          <w:rFonts w:ascii="Mangal" w:hAnsi="Mangal" w:cs="Mangal"/>
        </w:rPr>
        <w:t>महाराष्ट्र</w:t>
      </w:r>
      <w:proofErr w:type="spellEnd"/>
      <w:r w:rsidRPr="009E601E">
        <w:rPr>
          <w:rFonts w:ascii="Yu Gothic UI" w:eastAsia="Yu Gothic UI" w:hAnsi="Yu Gothic UI"/>
        </w:rPr>
        <w:t xml:space="preserve">, </w:t>
      </w:r>
      <w:proofErr w:type="spellStart"/>
      <w:r w:rsidRPr="00E95598">
        <w:rPr>
          <w:rFonts w:ascii="Mangal" w:hAnsi="Mangal" w:cs="Mangal"/>
        </w:rPr>
        <w:t>आधार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E95598">
        <w:rPr>
          <w:rFonts w:ascii="Mangal" w:hAnsi="Mangal" w:cs="Mangal"/>
        </w:rPr>
        <w:t>क्र</w:t>
      </w:r>
      <w:proofErr w:type="spellEnd"/>
      <w:r w:rsidRPr="009E601E">
        <w:rPr>
          <w:rFonts w:ascii="Yu Gothic UI" w:eastAsia="Yu Gothic UI" w:hAnsi="Yu Gothic UI"/>
        </w:rPr>
        <w:t>.:</w:t>
      </w:r>
      <w:r w:rsidR="003F4510">
        <w:rPr>
          <w:rFonts w:ascii="Yu Gothic UI" w:eastAsia="Yu Gothic UI" w:hAnsi="Yu Gothic UI"/>
        </w:rPr>
        <w:tab/>
      </w:r>
      <w:r w:rsidR="003F4510">
        <w:rPr>
          <w:rFonts w:ascii="Yu Gothic UI" w:eastAsia="Yu Gothic UI" w:hAnsi="Yu Gothic UI"/>
        </w:rPr>
        <w:tab/>
      </w:r>
      <w:r w:rsidR="003F4510">
        <w:rPr>
          <w:rFonts w:ascii="Yu Gothic UI" w:eastAsia="Yu Gothic UI" w:hAnsi="Yu Gothic UI"/>
        </w:rPr>
        <w:tab/>
      </w:r>
      <w:r w:rsidR="003F4510">
        <w:rPr>
          <w:rFonts w:ascii="Yu Gothic UI" w:eastAsia="Yu Gothic UI" w:hAnsi="Yu Gothic UI"/>
        </w:rPr>
        <w:tab/>
      </w:r>
      <w:r w:rsidRPr="009E601E">
        <w:rPr>
          <w:rFonts w:ascii="Yu Gothic UI" w:eastAsia="Yu Gothic UI" w:hAnsi="Yu Gothic UI"/>
        </w:rPr>
        <w:t xml:space="preserve">EWS </w:t>
      </w:r>
      <w:proofErr w:type="spellStart"/>
      <w:r w:rsidRPr="00E95598">
        <w:rPr>
          <w:rFonts w:ascii="Mangal" w:hAnsi="Mangal" w:cs="Mangal"/>
        </w:rPr>
        <w:t>प्रमाणपत्रासाठी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E95598">
        <w:rPr>
          <w:rFonts w:ascii="Mangal" w:hAnsi="Mangal" w:cs="Mangal"/>
        </w:rPr>
        <w:t>विनम्रपणे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E95598">
        <w:rPr>
          <w:rFonts w:ascii="Mangal" w:hAnsi="Mangal" w:cs="Mangal"/>
        </w:rPr>
        <w:t>अर्ज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E95598">
        <w:rPr>
          <w:rFonts w:ascii="Mangal" w:hAnsi="Mangal" w:cs="Mangal"/>
        </w:rPr>
        <w:t>करत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E95598">
        <w:rPr>
          <w:rFonts w:ascii="Mangal" w:hAnsi="Mangal" w:cs="Mangal"/>
        </w:rPr>
        <w:t>आहे</w:t>
      </w:r>
      <w:proofErr w:type="spellEnd"/>
      <w:r w:rsidRPr="009E601E">
        <w:rPr>
          <w:rFonts w:ascii="Yu Gothic UI" w:eastAsia="Yu Gothic UI" w:hAnsi="Yu Gothic UI"/>
        </w:rPr>
        <w:t>/</w:t>
      </w:r>
      <w:proofErr w:type="spellStart"/>
      <w:r w:rsidRPr="00E95598">
        <w:rPr>
          <w:rFonts w:ascii="Mangal" w:hAnsi="Mangal" w:cs="Mangal"/>
        </w:rPr>
        <w:t>आहे</w:t>
      </w:r>
      <w:proofErr w:type="spellEnd"/>
      <w:r w:rsidRPr="009E601E">
        <w:rPr>
          <w:rFonts w:ascii="Yu Gothic UI" w:eastAsia="Yu Gothic UI" w:hAnsi="Yu Gothic UI"/>
        </w:rPr>
        <w:t>.</w:t>
      </w:r>
    </w:p>
    <w:p w14:paraId="1B0E7694" w14:textId="77777777" w:rsidR="00227AEA" w:rsidRPr="009E601E" w:rsidRDefault="003A52FF">
      <w:pPr>
        <w:spacing w:after="80"/>
        <w:jc w:val="both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</w:rPr>
        <w:t xml:space="preserve">I declare that I belong to the General (Open / Unreserved) category and am not covered under SC, ST, OBC, NT, VJNT, or SBC reservations. My family's gross annual income from all sources </w:t>
      </w:r>
      <w:r w:rsidRPr="009E601E">
        <w:rPr>
          <w:rFonts w:ascii="Yu Gothic UI" w:eastAsia="Yu Gothic UI" w:hAnsi="Yu Gothic UI"/>
        </w:rPr>
        <w:lastRenderedPageBreak/>
        <w:t>does not exceed ₹8,00,000/- (Rupees Eight Lakh) and my family's property holdings are within the prescribed asset limits under the said Act.</w:t>
      </w:r>
    </w:p>
    <w:p w14:paraId="14E7B9B3" w14:textId="77777777" w:rsidR="00227AEA" w:rsidRPr="009E601E" w:rsidRDefault="003A52FF">
      <w:pPr>
        <w:spacing w:after="240"/>
        <w:jc w:val="both"/>
        <w:rPr>
          <w:rFonts w:ascii="Yu Gothic UI" w:eastAsia="Yu Gothic UI" w:hAnsi="Yu Gothic UI"/>
        </w:rPr>
      </w:pPr>
      <w:proofErr w:type="spellStart"/>
      <w:r w:rsidRPr="009E601E">
        <w:rPr>
          <w:rFonts w:ascii="Mangal" w:eastAsia="Yu Gothic UI" w:hAnsi="Mangal" w:cs="Mangal"/>
        </w:rPr>
        <w:t>मी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घोषित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करतो</w:t>
      </w:r>
      <w:proofErr w:type="spellEnd"/>
      <w:r w:rsidRPr="009E601E">
        <w:rPr>
          <w:rFonts w:ascii="Yu Gothic UI" w:eastAsia="Yu Gothic UI" w:hAnsi="Yu Gothic UI"/>
        </w:rPr>
        <w:t>/</w:t>
      </w:r>
      <w:proofErr w:type="spellStart"/>
      <w:r w:rsidRPr="009E601E">
        <w:rPr>
          <w:rFonts w:ascii="Mangal" w:eastAsia="Yu Gothic UI" w:hAnsi="Mangal" w:cs="Mangal"/>
        </w:rPr>
        <w:t>करते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की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मी</w:t>
      </w:r>
      <w:proofErr w:type="spellEnd"/>
      <w:r w:rsidRPr="009E601E">
        <w:rPr>
          <w:rFonts w:ascii="Yu Gothic UI" w:eastAsia="Yu Gothic UI" w:hAnsi="Yu Gothic UI"/>
        </w:rPr>
        <w:t xml:space="preserve"> General (Open / Unreserved) </w:t>
      </w:r>
      <w:proofErr w:type="spellStart"/>
      <w:r w:rsidRPr="009E601E">
        <w:rPr>
          <w:rFonts w:ascii="Mangal" w:eastAsia="Yu Gothic UI" w:hAnsi="Mangal" w:cs="Mangal"/>
        </w:rPr>
        <w:t>प्रवर्गातील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असून</w:t>
      </w:r>
      <w:proofErr w:type="spellEnd"/>
      <w:r w:rsidRPr="009E601E">
        <w:rPr>
          <w:rFonts w:ascii="Yu Gothic UI" w:eastAsia="Yu Gothic UI" w:hAnsi="Yu Gothic UI"/>
        </w:rPr>
        <w:t xml:space="preserve"> SC, ST, OBC, NT, VJNT </w:t>
      </w:r>
      <w:proofErr w:type="spellStart"/>
      <w:r w:rsidRPr="009E601E">
        <w:rPr>
          <w:rFonts w:ascii="Mangal" w:eastAsia="Yu Gothic UI" w:hAnsi="Mangal" w:cs="Mangal"/>
        </w:rPr>
        <w:t>किंवा</w:t>
      </w:r>
      <w:proofErr w:type="spellEnd"/>
      <w:r w:rsidRPr="009E601E">
        <w:rPr>
          <w:rFonts w:ascii="Yu Gothic UI" w:eastAsia="Yu Gothic UI" w:hAnsi="Yu Gothic UI"/>
        </w:rPr>
        <w:t xml:space="preserve"> SBC </w:t>
      </w:r>
      <w:proofErr w:type="spellStart"/>
      <w:r w:rsidRPr="009E601E">
        <w:rPr>
          <w:rFonts w:ascii="Mangal" w:eastAsia="Yu Gothic UI" w:hAnsi="Mangal" w:cs="Mangal"/>
        </w:rPr>
        <w:t>आरक्षणाचा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लाभार्थी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नाही</w:t>
      </w:r>
      <w:proofErr w:type="spellEnd"/>
      <w:r w:rsidRPr="009E601E">
        <w:rPr>
          <w:rFonts w:ascii="Yu Gothic UI" w:eastAsia="Yu Gothic UI" w:hAnsi="Yu Gothic UI"/>
        </w:rPr>
        <w:t xml:space="preserve">. </w:t>
      </w:r>
      <w:proofErr w:type="spellStart"/>
      <w:r w:rsidRPr="009E601E">
        <w:rPr>
          <w:rFonts w:ascii="Mangal" w:eastAsia="Yu Gothic UI" w:hAnsi="Mangal" w:cs="Mangal"/>
        </w:rPr>
        <w:t>माझ्या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कुटुंबाचे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सर्व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स्रोतांपासूनचे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एकत्रित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वार्षिक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उत्पन्न</w:t>
      </w:r>
      <w:proofErr w:type="spellEnd"/>
      <w:r w:rsidRPr="009E601E">
        <w:rPr>
          <w:rFonts w:ascii="Yu Gothic UI" w:eastAsia="Yu Gothic UI" w:hAnsi="Yu Gothic UI"/>
        </w:rPr>
        <w:t xml:space="preserve"> ₹8,00,000/- </w:t>
      </w:r>
      <w:proofErr w:type="spellStart"/>
      <w:r w:rsidRPr="009E601E">
        <w:rPr>
          <w:rFonts w:ascii="Mangal" w:eastAsia="Yu Gothic UI" w:hAnsi="Mangal" w:cs="Mangal"/>
        </w:rPr>
        <w:t>पेक्षा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कमी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आहे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आणि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मालमत्ता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विहित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मर्यादेत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आहे</w:t>
      </w:r>
      <w:proofErr w:type="spellEnd"/>
      <w:r w:rsidRPr="009E601E">
        <w:rPr>
          <w:rFonts w:ascii="Yu Gothic UI" w:eastAsia="Yu Gothic UI" w:hAnsi="Yu Gothic UI"/>
        </w:rPr>
        <w:t>.</w:t>
      </w:r>
    </w:p>
    <w:p w14:paraId="18CBC8C5" w14:textId="77777777" w:rsidR="00227AEA" w:rsidRPr="009E601E" w:rsidRDefault="003A52FF">
      <w:pPr>
        <w:spacing w:after="80"/>
        <w:jc w:val="both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b/>
        </w:rPr>
        <w:t>I enclose the following documents in support of this application:</w:t>
      </w:r>
    </w:p>
    <w:p w14:paraId="5CE1DEA5" w14:textId="77777777" w:rsidR="00227AEA" w:rsidRPr="009E601E" w:rsidRDefault="003A52FF">
      <w:pPr>
        <w:spacing w:after="120"/>
        <w:jc w:val="both"/>
        <w:rPr>
          <w:rFonts w:ascii="Yu Gothic UI" w:eastAsia="Yu Gothic UI" w:hAnsi="Yu Gothic UI"/>
        </w:rPr>
      </w:pPr>
      <w:proofErr w:type="spellStart"/>
      <w:r w:rsidRPr="009E601E">
        <w:rPr>
          <w:rFonts w:ascii="Mangal" w:eastAsia="Yu Gothic UI" w:hAnsi="Mangal" w:cs="Mangal"/>
          <w:b/>
        </w:rPr>
        <w:t>सोबत</w:t>
      </w:r>
      <w:proofErr w:type="spellEnd"/>
      <w:r w:rsidRPr="009E601E">
        <w:rPr>
          <w:rFonts w:ascii="Yu Gothic UI" w:eastAsia="Yu Gothic UI" w:hAnsi="Yu Gothic UI"/>
          <w:b/>
        </w:rPr>
        <w:t xml:space="preserve"> </w:t>
      </w:r>
      <w:proofErr w:type="spellStart"/>
      <w:r w:rsidRPr="009E601E">
        <w:rPr>
          <w:rFonts w:ascii="Mangal" w:eastAsia="Yu Gothic UI" w:hAnsi="Mangal" w:cs="Mangal"/>
          <w:b/>
        </w:rPr>
        <w:t>खालील</w:t>
      </w:r>
      <w:proofErr w:type="spellEnd"/>
      <w:r w:rsidRPr="009E601E">
        <w:rPr>
          <w:rFonts w:ascii="Yu Gothic UI" w:eastAsia="Yu Gothic UI" w:hAnsi="Yu Gothic UI"/>
          <w:b/>
        </w:rPr>
        <w:t xml:space="preserve"> </w:t>
      </w:r>
      <w:proofErr w:type="spellStart"/>
      <w:r w:rsidRPr="009E601E">
        <w:rPr>
          <w:rFonts w:ascii="Mangal" w:eastAsia="Yu Gothic UI" w:hAnsi="Mangal" w:cs="Mangal"/>
          <w:b/>
        </w:rPr>
        <w:t>कागदपत्रे</w:t>
      </w:r>
      <w:proofErr w:type="spellEnd"/>
      <w:r w:rsidRPr="009E601E">
        <w:rPr>
          <w:rFonts w:ascii="Yu Gothic UI" w:eastAsia="Yu Gothic UI" w:hAnsi="Yu Gothic UI"/>
          <w:b/>
        </w:rPr>
        <w:t xml:space="preserve"> </w:t>
      </w:r>
      <w:proofErr w:type="spellStart"/>
      <w:r w:rsidRPr="009E601E">
        <w:rPr>
          <w:rFonts w:ascii="Mangal" w:eastAsia="Yu Gothic UI" w:hAnsi="Mangal" w:cs="Mangal"/>
          <w:b/>
        </w:rPr>
        <w:t>जोडत</w:t>
      </w:r>
      <w:proofErr w:type="spellEnd"/>
      <w:r w:rsidRPr="009E601E">
        <w:rPr>
          <w:rFonts w:ascii="Yu Gothic UI" w:eastAsia="Yu Gothic UI" w:hAnsi="Yu Gothic UI"/>
          <w:b/>
        </w:rPr>
        <w:t xml:space="preserve"> </w:t>
      </w:r>
      <w:proofErr w:type="spellStart"/>
      <w:r w:rsidRPr="009E601E">
        <w:rPr>
          <w:rFonts w:ascii="Mangal" w:eastAsia="Yu Gothic UI" w:hAnsi="Mangal" w:cs="Mangal"/>
          <w:b/>
        </w:rPr>
        <w:t>आहे</w:t>
      </w:r>
      <w:proofErr w:type="spellEnd"/>
      <w:r w:rsidRPr="009E601E">
        <w:rPr>
          <w:rFonts w:ascii="Yu Gothic UI" w:eastAsia="Yu Gothic UI" w:hAnsi="Yu Gothic UI"/>
          <w:b/>
        </w:rPr>
        <w:t>:</w:t>
      </w:r>
    </w:p>
    <w:p w14:paraId="602738CE" w14:textId="77777777" w:rsidR="00227AEA" w:rsidRPr="009E601E" w:rsidRDefault="003A52FF">
      <w:pPr>
        <w:spacing w:before="40" w:after="40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sz w:val="21"/>
        </w:rPr>
        <w:t>1</w:t>
      </w:r>
      <w:proofErr w:type="gramStart"/>
      <w:r w:rsidRPr="009E601E">
        <w:rPr>
          <w:rFonts w:ascii="Yu Gothic UI" w:eastAsia="Yu Gothic UI" w:hAnsi="Yu Gothic UI"/>
          <w:sz w:val="21"/>
        </w:rPr>
        <w:t xml:space="preserve">.  </w:t>
      </w:r>
      <w:proofErr w:type="spellStart"/>
      <w:r w:rsidRPr="009E601E">
        <w:rPr>
          <w:rFonts w:ascii="Yu Gothic UI" w:eastAsia="Yu Gothic UI" w:hAnsi="Yu Gothic UI"/>
          <w:sz w:val="21"/>
        </w:rPr>
        <w:t>Notarised</w:t>
      </w:r>
      <w:proofErr w:type="spellEnd"/>
      <w:proofErr w:type="gramEnd"/>
      <w:r w:rsidRPr="009E601E">
        <w:rPr>
          <w:rFonts w:ascii="Yu Gothic UI" w:eastAsia="Yu Gothic UI" w:hAnsi="Yu Gothic UI"/>
          <w:sz w:val="21"/>
        </w:rPr>
        <w:t xml:space="preserve"> Self-Declaration Affidavit on ₹100 Non-Judicial Stamp Paper</w:t>
      </w:r>
    </w:p>
    <w:p w14:paraId="5BBB2102" w14:textId="77777777" w:rsidR="00227AEA" w:rsidRPr="009E601E" w:rsidRDefault="003A52FF">
      <w:pPr>
        <w:spacing w:before="40" w:after="40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sz w:val="21"/>
        </w:rPr>
        <w:t>2</w:t>
      </w:r>
      <w:proofErr w:type="gramStart"/>
      <w:r w:rsidRPr="009E601E">
        <w:rPr>
          <w:rFonts w:ascii="Yu Gothic UI" w:eastAsia="Yu Gothic UI" w:hAnsi="Yu Gothic UI"/>
          <w:sz w:val="21"/>
        </w:rPr>
        <w:t>.  Income</w:t>
      </w:r>
      <w:proofErr w:type="gramEnd"/>
      <w:r w:rsidRPr="009E601E">
        <w:rPr>
          <w:rFonts w:ascii="Yu Gothic UI" w:eastAsia="Yu Gothic UI" w:hAnsi="Yu Gothic UI"/>
          <w:sz w:val="21"/>
        </w:rPr>
        <w:t xml:space="preserve"> Certificate (current financial year) issued by Tehsildar</w:t>
      </w:r>
    </w:p>
    <w:p w14:paraId="34EE3254" w14:textId="77777777" w:rsidR="00227AEA" w:rsidRPr="009E601E" w:rsidRDefault="003A52FF">
      <w:pPr>
        <w:spacing w:before="40" w:after="40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sz w:val="21"/>
        </w:rPr>
        <w:t>3.  Aadhaar Card (self and all family members)</w:t>
      </w:r>
    </w:p>
    <w:p w14:paraId="310D89DF" w14:textId="77777777" w:rsidR="00227AEA" w:rsidRPr="009E601E" w:rsidRDefault="003A52FF">
      <w:pPr>
        <w:spacing w:before="40" w:after="40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sz w:val="21"/>
        </w:rPr>
        <w:t>4</w:t>
      </w:r>
      <w:proofErr w:type="gramStart"/>
      <w:r w:rsidRPr="009E601E">
        <w:rPr>
          <w:rFonts w:ascii="Yu Gothic UI" w:eastAsia="Yu Gothic UI" w:hAnsi="Yu Gothic UI"/>
          <w:sz w:val="21"/>
        </w:rPr>
        <w:t>.  PAN</w:t>
      </w:r>
      <w:proofErr w:type="gramEnd"/>
      <w:r w:rsidRPr="009E601E">
        <w:rPr>
          <w:rFonts w:ascii="Yu Gothic UI" w:eastAsia="Yu Gothic UI" w:hAnsi="Yu Gothic UI"/>
          <w:sz w:val="21"/>
        </w:rPr>
        <w:t xml:space="preserve"> Card (all earning members)</w:t>
      </w:r>
    </w:p>
    <w:p w14:paraId="6F6F032E" w14:textId="77777777" w:rsidR="00227AEA" w:rsidRPr="009E601E" w:rsidRDefault="003A52FF">
      <w:pPr>
        <w:spacing w:before="40" w:after="40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sz w:val="21"/>
        </w:rPr>
        <w:t>5</w:t>
      </w:r>
      <w:proofErr w:type="gramStart"/>
      <w:r w:rsidRPr="009E601E">
        <w:rPr>
          <w:rFonts w:ascii="Yu Gothic UI" w:eastAsia="Yu Gothic UI" w:hAnsi="Yu Gothic UI"/>
          <w:sz w:val="21"/>
        </w:rPr>
        <w:t>.  7</w:t>
      </w:r>
      <w:proofErr w:type="gramEnd"/>
      <w:r w:rsidRPr="009E601E">
        <w:rPr>
          <w:rFonts w:ascii="Yu Gothic UI" w:eastAsia="Yu Gothic UI" w:hAnsi="Yu Gothic UI"/>
          <w:sz w:val="21"/>
        </w:rPr>
        <w:t>/12 Utara extract / Property documents (as applicable)</w:t>
      </w:r>
    </w:p>
    <w:p w14:paraId="10D9ED61" w14:textId="77777777" w:rsidR="00227AEA" w:rsidRPr="009E601E" w:rsidRDefault="003A52FF">
      <w:pPr>
        <w:spacing w:before="40" w:after="40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sz w:val="21"/>
        </w:rPr>
        <w:t>6</w:t>
      </w:r>
      <w:proofErr w:type="gramStart"/>
      <w:r w:rsidRPr="009E601E">
        <w:rPr>
          <w:rFonts w:ascii="Yu Gothic UI" w:eastAsia="Yu Gothic UI" w:hAnsi="Yu Gothic UI"/>
          <w:sz w:val="21"/>
        </w:rPr>
        <w:t>.  Two</w:t>
      </w:r>
      <w:proofErr w:type="gramEnd"/>
      <w:r w:rsidRPr="009E601E">
        <w:rPr>
          <w:rFonts w:ascii="Yu Gothic UI" w:eastAsia="Yu Gothic UI" w:hAnsi="Yu Gothic UI"/>
          <w:sz w:val="21"/>
        </w:rPr>
        <w:t xml:space="preserve"> recent passport-size photographs</w:t>
      </w:r>
    </w:p>
    <w:p w14:paraId="13746AD9" w14:textId="77777777" w:rsidR="00227AEA" w:rsidRPr="009E601E" w:rsidRDefault="003A52FF">
      <w:pPr>
        <w:spacing w:before="40" w:after="40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sz w:val="21"/>
        </w:rPr>
        <w:t>7</w:t>
      </w:r>
      <w:proofErr w:type="gramStart"/>
      <w:r w:rsidRPr="009E601E">
        <w:rPr>
          <w:rFonts w:ascii="Yu Gothic UI" w:eastAsia="Yu Gothic UI" w:hAnsi="Yu Gothic UI"/>
          <w:sz w:val="21"/>
        </w:rPr>
        <w:t>.  Caste</w:t>
      </w:r>
      <w:proofErr w:type="gramEnd"/>
      <w:r w:rsidRPr="009E601E">
        <w:rPr>
          <w:rFonts w:ascii="Yu Gothic UI" w:eastAsia="Yu Gothic UI" w:hAnsi="Yu Gothic UI"/>
          <w:sz w:val="21"/>
        </w:rPr>
        <w:t xml:space="preserve"> certificate / Caste affidavit (General category)</w:t>
      </w:r>
    </w:p>
    <w:p w14:paraId="7433BAAE" w14:textId="77777777" w:rsidR="00227AEA" w:rsidRPr="009E601E" w:rsidRDefault="00227AEA">
      <w:pPr>
        <w:rPr>
          <w:rFonts w:ascii="Yu Gothic UI" w:eastAsia="Yu Gothic UI" w:hAnsi="Yu Gothic UI"/>
        </w:rPr>
      </w:pPr>
    </w:p>
    <w:p w14:paraId="7F8D99B9" w14:textId="77777777" w:rsidR="00227AEA" w:rsidRPr="009E601E" w:rsidRDefault="003A52FF">
      <w:pPr>
        <w:spacing w:after="80"/>
        <w:jc w:val="both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</w:rPr>
        <w:t>I therefore request you to kindly verify the enclosed documents and issue the EWS Certificate at the earliest. I undertake to produce any additional documents as may be required.</w:t>
      </w:r>
    </w:p>
    <w:p w14:paraId="764F396D" w14:textId="77777777" w:rsidR="00227AEA" w:rsidRPr="009E601E" w:rsidRDefault="003A52FF">
      <w:pPr>
        <w:spacing w:after="320"/>
        <w:jc w:val="both"/>
        <w:rPr>
          <w:rFonts w:ascii="Yu Gothic UI" w:eastAsia="Yu Gothic UI" w:hAnsi="Yu Gothic UI"/>
        </w:rPr>
      </w:pPr>
      <w:proofErr w:type="spellStart"/>
      <w:r w:rsidRPr="009E601E">
        <w:rPr>
          <w:rFonts w:ascii="Mangal" w:eastAsia="Yu Gothic UI" w:hAnsi="Mangal" w:cs="Mangal"/>
        </w:rPr>
        <w:t>विनंती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आहे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की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सोबतच्या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कागदपत्रांची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पडताळणी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करून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लवकरात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लवकर</w:t>
      </w:r>
      <w:proofErr w:type="spellEnd"/>
      <w:r w:rsidRPr="009E601E">
        <w:rPr>
          <w:rFonts w:ascii="Yu Gothic UI" w:eastAsia="Yu Gothic UI" w:hAnsi="Yu Gothic UI"/>
        </w:rPr>
        <w:t xml:space="preserve"> EWS </w:t>
      </w:r>
      <w:proofErr w:type="spellStart"/>
      <w:r w:rsidRPr="009E601E">
        <w:rPr>
          <w:rFonts w:ascii="Mangal" w:eastAsia="Yu Gothic UI" w:hAnsi="Mangal" w:cs="Mangal"/>
        </w:rPr>
        <w:t>प्रमाणपत्र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द्यावे</w:t>
      </w:r>
      <w:proofErr w:type="spellEnd"/>
      <w:r w:rsidRPr="009E601E">
        <w:rPr>
          <w:rFonts w:ascii="Yu Gothic UI" w:eastAsia="Yu Gothic UI" w:hAnsi="Yu Gothic UI"/>
        </w:rPr>
        <w:t xml:space="preserve">. </w:t>
      </w:r>
      <w:proofErr w:type="spellStart"/>
      <w:r w:rsidRPr="009E601E">
        <w:rPr>
          <w:rFonts w:ascii="Mangal" w:eastAsia="Yu Gothic UI" w:hAnsi="Mangal" w:cs="Mangal"/>
        </w:rPr>
        <w:t>आवश्यकतेनुसार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अतिरिक्त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कागदपत्रे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सादर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करण्याचे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मी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वचन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देतो</w:t>
      </w:r>
      <w:proofErr w:type="spellEnd"/>
      <w:r w:rsidRPr="009E601E">
        <w:rPr>
          <w:rFonts w:ascii="Yu Gothic UI" w:eastAsia="Yu Gothic UI" w:hAnsi="Yu Gothic UI"/>
        </w:rPr>
        <w:t>/</w:t>
      </w:r>
      <w:proofErr w:type="spellStart"/>
      <w:r w:rsidRPr="009E601E">
        <w:rPr>
          <w:rFonts w:ascii="Mangal" w:eastAsia="Yu Gothic UI" w:hAnsi="Mangal" w:cs="Mangal"/>
        </w:rPr>
        <w:t>देते</w:t>
      </w:r>
      <w:proofErr w:type="spellEnd"/>
      <w:r w:rsidRPr="009E601E">
        <w:rPr>
          <w:rFonts w:ascii="Yu Gothic UI" w:eastAsia="Yu Gothic UI" w:hAnsi="Yu Gothic UI"/>
        </w:rPr>
        <w:t>.</w:t>
      </w:r>
    </w:p>
    <w:p w14:paraId="585B081A" w14:textId="77777777" w:rsidR="00227AEA" w:rsidRPr="009E601E" w:rsidRDefault="003A52FF">
      <w:pPr>
        <w:spacing w:after="640"/>
        <w:jc w:val="both"/>
        <w:rPr>
          <w:rFonts w:ascii="Yu Gothic UI" w:eastAsia="Yu Gothic UI" w:hAnsi="Yu Gothic UI"/>
        </w:rPr>
      </w:pPr>
      <w:proofErr w:type="gramStart"/>
      <w:r w:rsidRPr="009E601E">
        <w:rPr>
          <w:rFonts w:ascii="Yu Gothic UI" w:eastAsia="Yu Gothic UI" w:hAnsi="Yu Gothic UI"/>
        </w:rPr>
        <w:t>Thanking</w:t>
      </w:r>
      <w:proofErr w:type="gramEnd"/>
      <w:r w:rsidRPr="009E601E">
        <w:rPr>
          <w:rFonts w:ascii="Yu Gothic UI" w:eastAsia="Yu Gothic UI" w:hAnsi="Yu Gothic UI"/>
        </w:rPr>
        <w:t xml:space="preserve"> </w:t>
      </w:r>
      <w:proofErr w:type="gramStart"/>
      <w:r w:rsidRPr="009E601E">
        <w:rPr>
          <w:rFonts w:ascii="Yu Gothic UI" w:eastAsia="Yu Gothic UI" w:hAnsi="Yu Gothic UI"/>
        </w:rPr>
        <w:t>you,  /</w:t>
      </w:r>
      <w:proofErr w:type="gramEnd"/>
      <w:r w:rsidRPr="009E601E">
        <w:rPr>
          <w:rFonts w:ascii="Yu Gothic UI" w:eastAsia="Yu Gothic UI" w:hAnsi="Yu Gothic UI"/>
        </w:rPr>
        <w:t xml:space="preserve">  </w:t>
      </w:r>
      <w:proofErr w:type="spellStart"/>
      <w:r w:rsidRPr="009E601E">
        <w:rPr>
          <w:rFonts w:ascii="Mangal" w:eastAsia="Yu Gothic UI" w:hAnsi="Mangal" w:cs="Mangal"/>
        </w:rPr>
        <w:t>धन्यवाद</w:t>
      </w:r>
      <w:proofErr w:type="spellEnd"/>
      <w:r w:rsidRPr="009E601E">
        <w:rPr>
          <w:rFonts w:ascii="Yu Gothic UI" w:eastAsia="Yu Gothic UI" w:hAnsi="Yu Gothic UI"/>
        </w:rPr>
        <w:t>,</w:t>
      </w:r>
    </w:p>
    <w:p w14:paraId="3752B0E0" w14:textId="77777777" w:rsidR="00227AEA" w:rsidRPr="009E601E" w:rsidRDefault="003A52FF">
      <w:pPr>
        <w:spacing w:after="80"/>
        <w:jc w:val="both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</w:rPr>
        <w:t>_________________________________</w:t>
      </w:r>
    </w:p>
    <w:p w14:paraId="7A585CA2" w14:textId="18BA7800" w:rsidR="00227AEA" w:rsidRPr="009E601E" w:rsidRDefault="003A52FF">
      <w:pPr>
        <w:spacing w:after="80"/>
        <w:jc w:val="both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sz w:val="21"/>
        </w:rPr>
        <w:t xml:space="preserve">Name / </w:t>
      </w:r>
      <w:proofErr w:type="spellStart"/>
      <w:r w:rsidRPr="009E601E">
        <w:rPr>
          <w:rFonts w:ascii="Mangal" w:eastAsia="Yu Gothic UI" w:hAnsi="Mangal" w:cs="Mangal"/>
          <w:sz w:val="21"/>
        </w:rPr>
        <w:t>नाव</w:t>
      </w:r>
      <w:proofErr w:type="spellEnd"/>
      <w:r w:rsidRPr="009E601E">
        <w:rPr>
          <w:rFonts w:ascii="Yu Gothic UI" w:eastAsia="Yu Gothic UI" w:hAnsi="Yu Gothic UI"/>
          <w:sz w:val="21"/>
        </w:rPr>
        <w:t xml:space="preserve">: </w:t>
      </w:r>
    </w:p>
    <w:p w14:paraId="2AE6BC32" w14:textId="77777777" w:rsidR="00227AEA" w:rsidRPr="009E601E" w:rsidRDefault="003A52FF">
      <w:pPr>
        <w:spacing w:after="80"/>
        <w:jc w:val="both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sz w:val="21"/>
        </w:rPr>
        <w:t xml:space="preserve">Mobile / </w:t>
      </w:r>
      <w:proofErr w:type="spellStart"/>
      <w:r w:rsidRPr="009E601E">
        <w:rPr>
          <w:rFonts w:ascii="Mangal" w:eastAsia="Yu Gothic UI" w:hAnsi="Mangal" w:cs="Mangal"/>
          <w:sz w:val="21"/>
        </w:rPr>
        <w:t>मोबाईल</w:t>
      </w:r>
      <w:proofErr w:type="spellEnd"/>
      <w:r w:rsidRPr="009E601E">
        <w:rPr>
          <w:rFonts w:ascii="Yu Gothic UI" w:eastAsia="Yu Gothic UI" w:hAnsi="Yu Gothic UI"/>
          <w:sz w:val="21"/>
        </w:rPr>
        <w:t>: ____________________________</w:t>
      </w:r>
    </w:p>
    <w:p w14:paraId="70CEA20D" w14:textId="51364F9A" w:rsidR="00227AEA" w:rsidRPr="009E601E" w:rsidRDefault="003A52FF">
      <w:pPr>
        <w:spacing w:after="0"/>
        <w:jc w:val="both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sz w:val="21"/>
        </w:rPr>
        <w:t xml:space="preserve">Date / </w:t>
      </w:r>
      <w:proofErr w:type="spellStart"/>
      <w:r w:rsidRPr="009E601E">
        <w:rPr>
          <w:rFonts w:ascii="Mangal" w:eastAsia="Yu Gothic UI" w:hAnsi="Mangal" w:cs="Mangal"/>
          <w:sz w:val="21"/>
        </w:rPr>
        <w:t>दिनांक</w:t>
      </w:r>
      <w:proofErr w:type="spellEnd"/>
      <w:r w:rsidRPr="009E601E">
        <w:rPr>
          <w:rFonts w:ascii="Yu Gothic UI" w:eastAsia="Yu Gothic UI" w:hAnsi="Yu Gothic UI"/>
          <w:sz w:val="21"/>
        </w:rPr>
        <w:t xml:space="preserve">: </w:t>
      </w:r>
      <w:r w:rsidR="003F4510">
        <w:rPr>
          <w:rFonts w:ascii="Yu Gothic UI" w:eastAsia="Yu Gothic UI" w:hAnsi="Yu Gothic UI"/>
          <w:sz w:val="21"/>
        </w:rPr>
        <w:tab/>
      </w:r>
      <w:r w:rsidR="003F4510">
        <w:rPr>
          <w:rFonts w:ascii="Yu Gothic UI" w:eastAsia="Yu Gothic UI" w:hAnsi="Yu Gothic UI"/>
          <w:sz w:val="21"/>
        </w:rPr>
        <w:tab/>
      </w:r>
      <w:r w:rsidRPr="009E601E">
        <w:rPr>
          <w:rFonts w:ascii="Yu Gothic UI" w:eastAsia="Yu Gothic UI" w:hAnsi="Yu Gothic UI"/>
          <w:sz w:val="21"/>
        </w:rPr>
        <w:t xml:space="preserve">Place / </w:t>
      </w:r>
      <w:proofErr w:type="spellStart"/>
      <w:r w:rsidRPr="009E601E">
        <w:rPr>
          <w:rFonts w:ascii="Mangal" w:eastAsia="Yu Gothic UI" w:hAnsi="Mangal" w:cs="Mangal"/>
          <w:sz w:val="21"/>
        </w:rPr>
        <w:t>ठिकाण</w:t>
      </w:r>
      <w:proofErr w:type="spellEnd"/>
      <w:r w:rsidRPr="009E601E">
        <w:rPr>
          <w:rFonts w:ascii="Yu Gothic UI" w:eastAsia="Yu Gothic UI" w:hAnsi="Yu Gothic UI"/>
          <w:sz w:val="21"/>
        </w:rPr>
        <w:t xml:space="preserve">: </w:t>
      </w:r>
    </w:p>
    <w:p w14:paraId="422BCF66" w14:textId="77777777" w:rsidR="00227AEA" w:rsidRPr="009E601E" w:rsidRDefault="003A52FF">
      <w:pPr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</w:rPr>
        <w:br w:type="page"/>
      </w:r>
    </w:p>
    <w:p w14:paraId="25C04D81" w14:textId="77777777" w:rsidR="009E601E" w:rsidRDefault="009E601E"/>
    <w:tbl>
      <w:tblPr>
        <w:tblpPr w:leftFromText="180" w:rightFromText="180" w:tblpY="-675"/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8"/>
      </w:tblGrid>
      <w:tr w:rsidR="00227AEA" w:rsidRPr="009E601E" w14:paraId="15AB5855" w14:textId="77777777" w:rsidTr="009E601E">
        <w:trPr>
          <w:trHeight w:val="5399"/>
        </w:trPr>
        <w:tc>
          <w:tcPr>
            <w:tcW w:w="9658" w:type="dxa"/>
            <w:shd w:val="clear" w:color="auto" w:fill="F2F2F2"/>
          </w:tcPr>
          <w:p w14:paraId="5D6A1259" w14:textId="77777777" w:rsidR="00227AEA" w:rsidRPr="009E601E" w:rsidRDefault="003A52FF" w:rsidP="009E601E">
            <w:pPr>
              <w:spacing w:before="80" w:after="40"/>
              <w:jc w:val="center"/>
              <w:rPr>
                <w:rFonts w:ascii="Yu Gothic UI" w:eastAsia="Yu Gothic UI" w:hAnsi="Yu Gothic UI"/>
              </w:rPr>
            </w:pPr>
            <w:r w:rsidRPr="009E601E">
              <w:rPr>
                <w:rFonts w:ascii="Yu Gothic UI" w:eastAsia="Yu Gothic UI" w:hAnsi="Yu Gothic UI"/>
                <w:b/>
                <w:bCs/>
              </w:rPr>
              <w:t xml:space="preserve">NON-JUDICIAL STAMP PAPER / </w:t>
            </w:r>
            <w:proofErr w:type="spellStart"/>
            <w:r w:rsidRPr="009E601E">
              <w:rPr>
                <w:rFonts w:ascii="Mangal" w:eastAsia="Yu Gothic UI" w:hAnsi="Mangal" w:cs="Mangal"/>
                <w:b/>
                <w:bCs/>
              </w:rPr>
              <w:t>बिगर</w:t>
            </w:r>
            <w:r w:rsidRPr="009E601E">
              <w:rPr>
                <w:rFonts w:ascii="Yu Gothic UI" w:eastAsia="Yu Gothic UI" w:hAnsi="Yu Gothic UI"/>
                <w:b/>
                <w:bCs/>
              </w:rPr>
              <w:t>-</w:t>
            </w:r>
            <w:r w:rsidRPr="009E601E">
              <w:rPr>
                <w:rFonts w:ascii="Mangal" w:eastAsia="Yu Gothic UI" w:hAnsi="Mangal" w:cs="Mangal"/>
                <w:b/>
                <w:bCs/>
              </w:rPr>
              <w:t>न्यायिक</w:t>
            </w:r>
            <w:proofErr w:type="spellEnd"/>
            <w:r w:rsidRPr="009E601E">
              <w:rPr>
                <w:rFonts w:ascii="Yu Gothic UI" w:eastAsia="Yu Gothic UI" w:hAnsi="Yu Gothic UI"/>
                <w:b/>
                <w:bCs/>
              </w:rPr>
              <w:t xml:space="preserve"> </w:t>
            </w:r>
            <w:proofErr w:type="spellStart"/>
            <w:r w:rsidRPr="009E601E">
              <w:rPr>
                <w:rFonts w:ascii="Mangal" w:eastAsia="Yu Gothic UI" w:hAnsi="Mangal" w:cs="Mangal"/>
                <w:b/>
                <w:bCs/>
              </w:rPr>
              <w:t>स्टॅम्प</w:t>
            </w:r>
            <w:proofErr w:type="spellEnd"/>
            <w:r w:rsidRPr="009E601E">
              <w:rPr>
                <w:rFonts w:ascii="Yu Gothic UI" w:eastAsia="Yu Gothic UI" w:hAnsi="Yu Gothic UI"/>
                <w:b/>
                <w:bCs/>
              </w:rPr>
              <w:t xml:space="preserve"> </w:t>
            </w:r>
            <w:proofErr w:type="spellStart"/>
            <w:r w:rsidRPr="009E601E">
              <w:rPr>
                <w:rFonts w:ascii="Mangal" w:eastAsia="Yu Gothic UI" w:hAnsi="Mangal" w:cs="Mangal"/>
                <w:b/>
                <w:bCs/>
              </w:rPr>
              <w:t>पेपर</w:t>
            </w:r>
            <w:proofErr w:type="spellEnd"/>
          </w:p>
          <w:p w14:paraId="494EBAEC" w14:textId="77777777" w:rsidR="00227AEA" w:rsidRPr="009E601E" w:rsidRDefault="003A52FF" w:rsidP="009E601E">
            <w:pPr>
              <w:spacing w:after="80"/>
              <w:jc w:val="center"/>
              <w:rPr>
                <w:rFonts w:ascii="Yu Gothic UI" w:eastAsia="Yu Gothic UI" w:hAnsi="Yu Gothic UI"/>
              </w:rPr>
            </w:pPr>
            <w:r w:rsidRPr="009E601E">
              <w:rPr>
                <w:rFonts w:ascii="Yu Gothic UI" w:eastAsia="Yu Gothic UI" w:hAnsi="Yu Gothic UI"/>
                <w:b/>
                <w:bCs/>
                <w:sz w:val="26"/>
                <w:szCs w:val="26"/>
              </w:rPr>
              <w:t>Value: ₹</w:t>
            </w:r>
            <w:proofErr w:type="gramStart"/>
            <w:r w:rsidRPr="009E601E">
              <w:rPr>
                <w:rFonts w:ascii="Yu Gothic UI" w:eastAsia="Yu Gothic UI" w:hAnsi="Yu Gothic UI"/>
                <w:b/>
                <w:bCs/>
                <w:sz w:val="26"/>
                <w:szCs w:val="26"/>
              </w:rPr>
              <w:t>100  |</w:t>
            </w:r>
            <w:proofErr w:type="gramEnd"/>
            <w:r w:rsidRPr="009E601E">
              <w:rPr>
                <w:rFonts w:ascii="Yu Gothic UI" w:eastAsia="Yu Gothic UI" w:hAnsi="Yu Gothic UI"/>
                <w:b/>
                <w:bCs/>
                <w:sz w:val="26"/>
                <w:szCs w:val="26"/>
              </w:rPr>
              <w:t xml:space="preserve">  </w:t>
            </w:r>
            <w:proofErr w:type="spellStart"/>
            <w:r w:rsidRPr="009E601E">
              <w:rPr>
                <w:rFonts w:ascii="Mangal" w:eastAsia="Yu Gothic UI" w:hAnsi="Mangal" w:cs="Mangal"/>
                <w:b/>
                <w:bCs/>
                <w:sz w:val="26"/>
                <w:szCs w:val="26"/>
              </w:rPr>
              <w:t>मूल्य</w:t>
            </w:r>
            <w:proofErr w:type="spellEnd"/>
            <w:r w:rsidRPr="009E601E">
              <w:rPr>
                <w:rFonts w:ascii="Yu Gothic UI" w:eastAsia="Yu Gothic UI" w:hAnsi="Yu Gothic UI"/>
                <w:b/>
                <w:bCs/>
                <w:sz w:val="26"/>
                <w:szCs w:val="26"/>
              </w:rPr>
              <w:t>: ₹100</w:t>
            </w:r>
          </w:p>
          <w:p w14:paraId="6C65BA5C" w14:textId="77777777" w:rsidR="00227AEA" w:rsidRPr="009E601E" w:rsidRDefault="003A52FF" w:rsidP="009E601E">
            <w:pPr>
              <w:spacing w:after="80"/>
              <w:jc w:val="center"/>
              <w:rPr>
                <w:rFonts w:ascii="Yu Gothic UI" w:eastAsia="Yu Gothic UI" w:hAnsi="Yu Gothic UI"/>
              </w:rPr>
            </w:pPr>
            <w:r w:rsidRPr="009E601E">
              <w:rPr>
                <w:rFonts w:ascii="Yu Gothic UI" w:eastAsia="Yu Gothic UI" w:hAnsi="Yu Gothic UI"/>
                <w:i/>
                <w:iCs/>
                <w:sz w:val="20"/>
                <w:szCs w:val="20"/>
              </w:rPr>
              <w:t xml:space="preserve">⚠ Affix stamp paper here before getting </w:t>
            </w:r>
            <w:proofErr w:type="spellStart"/>
            <w:proofErr w:type="gramStart"/>
            <w:r w:rsidRPr="009E601E">
              <w:rPr>
                <w:rFonts w:ascii="Yu Gothic UI" w:eastAsia="Yu Gothic UI" w:hAnsi="Yu Gothic UI"/>
                <w:i/>
                <w:iCs/>
                <w:sz w:val="20"/>
                <w:szCs w:val="20"/>
              </w:rPr>
              <w:t>notarised</w:t>
            </w:r>
            <w:proofErr w:type="spellEnd"/>
            <w:r w:rsidRPr="009E601E">
              <w:rPr>
                <w:rFonts w:ascii="Yu Gothic UI" w:eastAsia="Yu Gothic UI" w:hAnsi="Yu Gothic UI"/>
                <w:i/>
                <w:iCs/>
                <w:sz w:val="20"/>
                <w:szCs w:val="20"/>
              </w:rPr>
              <w:t xml:space="preserve">  ·</w:t>
            </w:r>
            <w:proofErr w:type="gramEnd"/>
            <w:r w:rsidRPr="009E601E">
              <w:rPr>
                <w:rFonts w:ascii="Yu Gothic UI" w:eastAsia="Yu Gothic UI" w:hAnsi="Yu Gothic UI"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9E601E">
              <w:rPr>
                <w:rFonts w:ascii="Mangal" w:eastAsia="Yu Gothic UI" w:hAnsi="Mangal" w:cs="Mangal"/>
                <w:i/>
                <w:iCs/>
                <w:sz w:val="20"/>
                <w:szCs w:val="20"/>
              </w:rPr>
              <w:t>नोटरीकरणापूर्वी</w:t>
            </w:r>
            <w:proofErr w:type="spellEnd"/>
            <w:r w:rsidRPr="009E601E">
              <w:rPr>
                <w:rFonts w:ascii="Yu Gothic UI" w:eastAsia="Yu Gothic UI" w:hAnsi="Yu Gothic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E601E">
              <w:rPr>
                <w:rFonts w:ascii="Mangal" w:eastAsia="Yu Gothic UI" w:hAnsi="Mangal" w:cs="Mangal"/>
                <w:i/>
                <w:iCs/>
                <w:sz w:val="20"/>
                <w:szCs w:val="20"/>
              </w:rPr>
              <w:t>येथे</w:t>
            </w:r>
            <w:proofErr w:type="spellEnd"/>
            <w:r w:rsidRPr="009E601E">
              <w:rPr>
                <w:rFonts w:ascii="Yu Gothic UI" w:eastAsia="Yu Gothic UI" w:hAnsi="Yu Gothic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E601E">
              <w:rPr>
                <w:rFonts w:ascii="Mangal" w:eastAsia="Yu Gothic UI" w:hAnsi="Mangal" w:cs="Mangal"/>
                <w:i/>
                <w:iCs/>
                <w:sz w:val="20"/>
                <w:szCs w:val="20"/>
              </w:rPr>
              <w:t>स्टॅम्प</w:t>
            </w:r>
            <w:proofErr w:type="spellEnd"/>
            <w:r w:rsidRPr="009E601E">
              <w:rPr>
                <w:rFonts w:ascii="Yu Gothic UI" w:eastAsia="Yu Gothic UI" w:hAnsi="Yu Gothic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E601E">
              <w:rPr>
                <w:rFonts w:ascii="Mangal" w:eastAsia="Yu Gothic UI" w:hAnsi="Mangal" w:cs="Mangal"/>
                <w:i/>
                <w:iCs/>
                <w:sz w:val="20"/>
                <w:szCs w:val="20"/>
              </w:rPr>
              <w:t>पेपर</w:t>
            </w:r>
            <w:proofErr w:type="spellEnd"/>
            <w:r w:rsidRPr="009E601E">
              <w:rPr>
                <w:rFonts w:ascii="Yu Gothic UI" w:eastAsia="Yu Gothic UI" w:hAnsi="Yu Gothic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E601E">
              <w:rPr>
                <w:rFonts w:ascii="Mangal" w:eastAsia="Yu Gothic UI" w:hAnsi="Mangal" w:cs="Mangal"/>
                <w:i/>
                <w:iCs/>
                <w:sz w:val="20"/>
                <w:szCs w:val="20"/>
              </w:rPr>
              <w:t>लावा</w:t>
            </w:r>
            <w:proofErr w:type="spellEnd"/>
          </w:p>
        </w:tc>
      </w:tr>
    </w:tbl>
    <w:p w14:paraId="6968608F" w14:textId="77777777" w:rsidR="00227AEA" w:rsidRPr="009E601E" w:rsidRDefault="00227AEA">
      <w:pPr>
        <w:spacing w:after="160"/>
        <w:rPr>
          <w:rFonts w:ascii="Yu Gothic UI" w:eastAsia="Yu Gothic UI" w:hAnsi="Yu Gothic UI"/>
        </w:rPr>
      </w:pPr>
    </w:p>
    <w:p w14:paraId="644D4A2E" w14:textId="77777777" w:rsidR="00227AEA" w:rsidRPr="009E601E" w:rsidRDefault="003A52FF">
      <w:pPr>
        <w:spacing w:before="120" w:after="60"/>
        <w:jc w:val="center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b/>
          <w:bCs/>
          <w:sz w:val="32"/>
          <w:szCs w:val="32"/>
        </w:rPr>
        <w:t>AFFIDAVIT FOR EWS CERTIFICATE</w:t>
      </w:r>
    </w:p>
    <w:p w14:paraId="0423A6B3" w14:textId="77777777" w:rsidR="00227AEA" w:rsidRPr="009E601E" w:rsidRDefault="003A52FF">
      <w:pPr>
        <w:spacing w:after="60"/>
        <w:jc w:val="center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b/>
          <w:bCs/>
          <w:sz w:val="24"/>
          <w:szCs w:val="24"/>
        </w:rPr>
        <w:t>(Economically Weaker Section – Self-Declaration)</w:t>
      </w:r>
    </w:p>
    <w:p w14:paraId="66BEC84A" w14:textId="77777777" w:rsidR="00227AEA" w:rsidRPr="009E601E" w:rsidRDefault="003A52FF">
      <w:pPr>
        <w:spacing w:after="60"/>
        <w:jc w:val="center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b/>
          <w:bCs/>
          <w:sz w:val="28"/>
          <w:szCs w:val="28"/>
        </w:rPr>
        <w:t xml:space="preserve">EWS </w:t>
      </w:r>
      <w:proofErr w:type="spellStart"/>
      <w:r w:rsidRPr="009E601E">
        <w:rPr>
          <w:rFonts w:ascii="Mangal" w:eastAsia="Yu Gothic UI" w:hAnsi="Mangal" w:cs="Mangal"/>
          <w:b/>
          <w:bCs/>
          <w:sz w:val="28"/>
          <w:szCs w:val="28"/>
        </w:rPr>
        <w:t>प्रमाणपत्रासाठी</w:t>
      </w:r>
      <w:proofErr w:type="spellEnd"/>
      <w:r w:rsidRPr="009E601E">
        <w:rPr>
          <w:rFonts w:ascii="Yu Gothic UI" w:eastAsia="Yu Gothic UI" w:hAnsi="Yu Gothic UI"/>
          <w:b/>
          <w:bCs/>
          <w:sz w:val="28"/>
          <w:szCs w:val="28"/>
        </w:rPr>
        <w:t xml:space="preserve"> </w:t>
      </w:r>
      <w:proofErr w:type="spellStart"/>
      <w:r w:rsidRPr="009E601E">
        <w:rPr>
          <w:rFonts w:ascii="Mangal" w:eastAsia="Yu Gothic UI" w:hAnsi="Mangal" w:cs="Mangal"/>
          <w:b/>
          <w:bCs/>
          <w:sz w:val="28"/>
          <w:szCs w:val="28"/>
        </w:rPr>
        <w:t>शपथपत्र</w:t>
      </w:r>
      <w:proofErr w:type="spellEnd"/>
    </w:p>
    <w:p w14:paraId="40169F9E" w14:textId="77777777" w:rsidR="00227AEA" w:rsidRPr="009E601E" w:rsidRDefault="003A52FF">
      <w:pPr>
        <w:spacing w:after="160"/>
        <w:jc w:val="center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b/>
          <w:bCs/>
        </w:rPr>
        <w:t>(</w:t>
      </w:r>
      <w:proofErr w:type="spellStart"/>
      <w:r w:rsidRPr="009E601E">
        <w:rPr>
          <w:rFonts w:ascii="Mangal" w:eastAsia="Yu Gothic UI" w:hAnsi="Mangal" w:cs="Mangal"/>
          <w:b/>
          <w:bCs/>
        </w:rPr>
        <w:t>आर्थिकदृष्ट्या</w:t>
      </w:r>
      <w:proofErr w:type="spellEnd"/>
      <w:r w:rsidRPr="009E601E">
        <w:rPr>
          <w:rFonts w:ascii="Yu Gothic UI" w:eastAsia="Yu Gothic UI" w:hAnsi="Yu Gothic UI"/>
          <w:b/>
          <w:bCs/>
        </w:rPr>
        <w:t xml:space="preserve"> </w:t>
      </w:r>
      <w:proofErr w:type="spellStart"/>
      <w:r w:rsidRPr="009E601E">
        <w:rPr>
          <w:rFonts w:ascii="Mangal" w:eastAsia="Yu Gothic UI" w:hAnsi="Mangal" w:cs="Mangal"/>
          <w:b/>
          <w:bCs/>
        </w:rPr>
        <w:t>दुर्बल</w:t>
      </w:r>
      <w:proofErr w:type="spellEnd"/>
      <w:r w:rsidRPr="009E601E">
        <w:rPr>
          <w:rFonts w:ascii="Yu Gothic UI" w:eastAsia="Yu Gothic UI" w:hAnsi="Yu Gothic UI"/>
          <w:b/>
          <w:bCs/>
        </w:rPr>
        <w:t xml:space="preserve"> </w:t>
      </w:r>
      <w:proofErr w:type="spellStart"/>
      <w:r w:rsidRPr="009E601E">
        <w:rPr>
          <w:rFonts w:ascii="Mangal" w:eastAsia="Yu Gothic UI" w:hAnsi="Mangal" w:cs="Mangal"/>
          <w:b/>
          <w:bCs/>
        </w:rPr>
        <w:t>घटक</w:t>
      </w:r>
      <w:proofErr w:type="spellEnd"/>
      <w:r w:rsidRPr="009E601E">
        <w:rPr>
          <w:rFonts w:ascii="Yu Gothic UI" w:eastAsia="Yu Gothic UI" w:hAnsi="Yu Gothic UI"/>
          <w:b/>
          <w:bCs/>
        </w:rPr>
        <w:t xml:space="preserve"> – </w:t>
      </w:r>
      <w:proofErr w:type="spellStart"/>
      <w:r w:rsidRPr="009E601E">
        <w:rPr>
          <w:rFonts w:ascii="Mangal" w:eastAsia="Yu Gothic UI" w:hAnsi="Mangal" w:cs="Mangal"/>
          <w:b/>
          <w:bCs/>
        </w:rPr>
        <w:t>स्वयं</w:t>
      </w:r>
      <w:r w:rsidRPr="009E601E">
        <w:rPr>
          <w:rFonts w:ascii="Yu Gothic UI" w:eastAsia="Yu Gothic UI" w:hAnsi="Yu Gothic UI"/>
          <w:b/>
          <w:bCs/>
        </w:rPr>
        <w:t>-</w:t>
      </w:r>
      <w:r w:rsidRPr="009E601E">
        <w:rPr>
          <w:rFonts w:ascii="Mangal" w:eastAsia="Yu Gothic UI" w:hAnsi="Mangal" w:cs="Mangal"/>
          <w:b/>
          <w:bCs/>
        </w:rPr>
        <w:t>घोषणा</w:t>
      </w:r>
      <w:proofErr w:type="spellEnd"/>
      <w:r w:rsidRPr="009E601E">
        <w:rPr>
          <w:rFonts w:ascii="Yu Gothic UI" w:eastAsia="Yu Gothic UI" w:hAnsi="Yu Gothic UI"/>
          <w:b/>
          <w:bCs/>
        </w:rPr>
        <w:t>)</w:t>
      </w:r>
    </w:p>
    <w:p w14:paraId="735AE475" w14:textId="77777777" w:rsidR="003F4510" w:rsidRDefault="003A52FF">
      <w:pPr>
        <w:spacing w:before="80" w:after="80"/>
        <w:jc w:val="both"/>
        <w:rPr>
          <w:rFonts w:ascii="Yu Gothic UI" w:eastAsia="Yu Gothic UI" w:hAnsi="Yu Gothic UI"/>
        </w:rPr>
      </w:pPr>
      <w:r w:rsidRPr="00BA6DDB">
        <w:rPr>
          <w:rFonts w:ascii="Yu Gothic UI" w:eastAsia="Yu Gothic UI" w:hAnsi="Yu Gothic UI"/>
        </w:rPr>
        <w:t xml:space="preserve">I, </w:t>
      </w:r>
      <w:r w:rsidR="003F4510">
        <w:rPr>
          <w:rFonts w:ascii="Yu Gothic UI" w:eastAsia="Yu Gothic UI" w:hAnsi="Yu Gothic UI"/>
        </w:rPr>
        <w:tab/>
      </w:r>
      <w:r w:rsidR="003F4510">
        <w:rPr>
          <w:rFonts w:ascii="Yu Gothic UI" w:eastAsia="Yu Gothic UI" w:hAnsi="Yu Gothic UI"/>
        </w:rPr>
        <w:tab/>
      </w:r>
      <w:r w:rsidR="003F4510">
        <w:rPr>
          <w:rFonts w:ascii="Yu Gothic UI" w:eastAsia="Yu Gothic UI" w:hAnsi="Yu Gothic UI"/>
        </w:rPr>
        <w:tab/>
      </w:r>
      <w:r w:rsidR="003F4510">
        <w:rPr>
          <w:rFonts w:ascii="Yu Gothic UI" w:eastAsia="Yu Gothic UI" w:hAnsi="Yu Gothic UI"/>
        </w:rPr>
        <w:tab/>
      </w:r>
      <w:r w:rsidRPr="00BA6DDB">
        <w:rPr>
          <w:rFonts w:ascii="Yu Gothic UI" w:eastAsia="Yu Gothic UI" w:hAnsi="Yu Gothic UI"/>
        </w:rPr>
        <w:t xml:space="preserve">aged </w:t>
      </w:r>
      <w:r w:rsidR="003F4510">
        <w:rPr>
          <w:rFonts w:ascii="Yu Gothic UI" w:eastAsia="Yu Gothic UI" w:hAnsi="Yu Gothic UI"/>
        </w:rPr>
        <w:tab/>
        <w:t xml:space="preserve">   </w:t>
      </w:r>
      <w:r w:rsidRPr="00BA6DDB">
        <w:rPr>
          <w:rFonts w:ascii="Yu Gothic UI" w:eastAsia="Yu Gothic UI" w:hAnsi="Yu Gothic UI"/>
        </w:rPr>
        <w:t xml:space="preserve">years, Occupation: </w:t>
      </w:r>
      <w:r w:rsidR="003F4510">
        <w:rPr>
          <w:rFonts w:ascii="Yu Gothic UI" w:eastAsia="Yu Gothic UI" w:hAnsi="Yu Gothic UI"/>
          <w:b/>
          <w:bCs/>
          <w:color w:val="1D4ED8"/>
        </w:rPr>
        <w:tab/>
      </w:r>
      <w:r w:rsidR="003F4510">
        <w:rPr>
          <w:rFonts w:ascii="Yu Gothic UI" w:eastAsia="Yu Gothic UI" w:hAnsi="Yu Gothic UI"/>
          <w:b/>
          <w:bCs/>
          <w:color w:val="1D4ED8"/>
        </w:rPr>
        <w:tab/>
      </w:r>
      <w:r w:rsidR="003F4510">
        <w:rPr>
          <w:rFonts w:ascii="Yu Gothic UI" w:eastAsia="Yu Gothic UI" w:hAnsi="Yu Gothic UI"/>
          <w:b/>
          <w:bCs/>
          <w:color w:val="1D4ED8"/>
        </w:rPr>
        <w:tab/>
      </w:r>
      <w:r w:rsidR="003C1295" w:rsidRPr="003C1295">
        <w:rPr>
          <w:rFonts w:ascii="Yu Gothic UI" w:eastAsia="Yu Gothic UI" w:hAnsi="Yu Gothic UI" w:hint="eastAsia"/>
        </w:rPr>
        <w:t>,</w:t>
      </w:r>
      <w:r w:rsidRPr="00BA6DDB">
        <w:rPr>
          <w:rFonts w:ascii="Yu Gothic UI" w:eastAsia="Yu Gothic UI" w:hAnsi="Yu Gothic UI"/>
        </w:rPr>
        <w:t xml:space="preserve"> residing at </w:t>
      </w:r>
    </w:p>
    <w:p w14:paraId="7422BA95" w14:textId="77777777" w:rsidR="002E4F52" w:rsidRDefault="002E4F52" w:rsidP="002E4F52">
      <w:pPr>
        <w:spacing w:before="80" w:after="80"/>
        <w:jc w:val="both"/>
        <w:rPr>
          <w:rFonts w:ascii="Mangal" w:hAnsi="Mangal" w:cs="Mangal"/>
        </w:rPr>
      </w:pPr>
      <w:r>
        <w:rPr>
          <w:rFonts w:ascii="Mangal" w:hAnsi="Mangal" w:cs="Mangal"/>
        </w:rPr>
        <w:t>[Address]</w:t>
      </w:r>
    </w:p>
    <w:p w14:paraId="3EF636FB" w14:textId="270F58DE" w:rsidR="00227AEA" w:rsidRPr="009E601E" w:rsidRDefault="003A52FF">
      <w:pPr>
        <w:spacing w:before="80" w:after="80"/>
        <w:jc w:val="both"/>
        <w:rPr>
          <w:rFonts w:ascii="Yu Gothic UI" w:eastAsia="Yu Gothic UI" w:hAnsi="Yu Gothic UI"/>
        </w:rPr>
      </w:pPr>
      <w:r w:rsidRPr="00BA6DDB">
        <w:rPr>
          <w:rFonts w:ascii="Yu Gothic UI" w:eastAsia="Yu Gothic UI" w:hAnsi="Yu Gothic UI"/>
        </w:rPr>
        <w:t xml:space="preserve">Taluka: </w:t>
      </w:r>
      <w:r w:rsidR="003F4510">
        <w:rPr>
          <w:rFonts w:ascii="Yu Gothic UI" w:eastAsia="Yu Gothic UI" w:hAnsi="Yu Gothic UI"/>
          <w:b/>
          <w:bCs/>
          <w:color w:val="1D4ED8"/>
        </w:rPr>
        <w:tab/>
      </w:r>
      <w:r w:rsidR="003F4510">
        <w:rPr>
          <w:rFonts w:ascii="Yu Gothic UI" w:eastAsia="Yu Gothic UI" w:hAnsi="Yu Gothic UI"/>
          <w:b/>
          <w:bCs/>
          <w:color w:val="1D4ED8"/>
        </w:rPr>
        <w:tab/>
      </w:r>
      <w:r w:rsidR="003C1295" w:rsidRPr="003C1295">
        <w:rPr>
          <w:rFonts w:ascii="Yu Gothic UI" w:eastAsia="Yu Gothic UI" w:hAnsi="Yu Gothic UI" w:hint="eastAsia"/>
        </w:rPr>
        <w:t>,</w:t>
      </w:r>
      <w:r w:rsidRPr="00BA6DDB">
        <w:rPr>
          <w:rFonts w:ascii="Yu Gothic UI" w:eastAsia="Yu Gothic UI" w:hAnsi="Yu Gothic UI"/>
        </w:rPr>
        <w:t xml:space="preserve"> District:</w:t>
      </w:r>
      <w:r w:rsidR="003F4510">
        <w:rPr>
          <w:rFonts w:ascii="Yu Gothic UI" w:eastAsia="Yu Gothic UI" w:hAnsi="Yu Gothic UI"/>
        </w:rPr>
        <w:tab/>
      </w:r>
      <w:r w:rsidR="003F4510">
        <w:rPr>
          <w:rFonts w:ascii="Yu Gothic UI" w:eastAsia="Yu Gothic UI" w:hAnsi="Yu Gothic UI"/>
        </w:rPr>
        <w:tab/>
      </w:r>
      <w:r w:rsidR="003C1295" w:rsidRPr="003C1295">
        <w:rPr>
          <w:rFonts w:ascii="Yu Gothic UI" w:eastAsia="Yu Gothic UI" w:hAnsi="Yu Gothic UI" w:hint="eastAsia"/>
        </w:rPr>
        <w:t>,</w:t>
      </w:r>
      <w:r w:rsidRPr="00BA6DDB">
        <w:rPr>
          <w:rFonts w:ascii="Yu Gothic UI" w:eastAsia="Yu Gothic UI" w:hAnsi="Yu Gothic UI"/>
        </w:rPr>
        <w:t xml:space="preserve"> Maharashtra, do hereby solemnly affirm and state on oath as under:</w:t>
      </w:r>
    </w:p>
    <w:p w14:paraId="06A81913" w14:textId="77777777" w:rsidR="00227AEA" w:rsidRPr="00BA6DDB" w:rsidRDefault="00227AEA">
      <w:pPr>
        <w:spacing w:after="60"/>
        <w:rPr>
          <w:rFonts w:ascii="Yu Gothic UI" w:eastAsia="Yu Gothic UI" w:hAnsi="Yu Gothic UI"/>
        </w:rPr>
      </w:pPr>
    </w:p>
    <w:p w14:paraId="1AB44E11" w14:textId="0C7ED357" w:rsidR="003F4510" w:rsidRDefault="003A52FF">
      <w:pPr>
        <w:spacing w:before="80" w:after="80"/>
        <w:jc w:val="both"/>
        <w:rPr>
          <w:rFonts w:ascii="Mangal" w:hAnsi="Mangal" w:cs="Mangal"/>
        </w:rPr>
      </w:pPr>
      <w:proofErr w:type="spellStart"/>
      <w:proofErr w:type="gramStart"/>
      <w:r w:rsidRPr="008144F4">
        <w:rPr>
          <w:rFonts w:ascii="Mangal" w:hAnsi="Mangal" w:cs="Mangal"/>
        </w:rPr>
        <w:t>मी</w:t>
      </w:r>
      <w:proofErr w:type="spellEnd"/>
      <w:r w:rsidRPr="00BA6DDB">
        <w:rPr>
          <w:rFonts w:ascii="Yu Gothic UI" w:eastAsia="Yu Gothic UI" w:hAnsi="Yu Gothic UI"/>
        </w:rPr>
        <w:t xml:space="preserve">, </w:t>
      </w:r>
      <w:r w:rsidR="003F4510">
        <w:rPr>
          <w:rFonts w:ascii="Yu Gothic UI" w:eastAsia="Yu Gothic UI" w:hAnsi="Yu Gothic UI"/>
          <w:b/>
          <w:bCs/>
          <w:color w:val="1D4ED8"/>
        </w:rPr>
        <w:tab/>
      </w:r>
      <w:r w:rsidR="003F4510">
        <w:rPr>
          <w:rFonts w:ascii="Yu Gothic UI" w:eastAsia="Yu Gothic UI" w:hAnsi="Yu Gothic UI"/>
          <w:b/>
          <w:bCs/>
          <w:color w:val="1D4ED8"/>
        </w:rPr>
        <w:tab/>
      </w:r>
      <w:r w:rsidR="003F4510">
        <w:rPr>
          <w:rFonts w:ascii="Yu Gothic UI" w:eastAsia="Yu Gothic UI" w:hAnsi="Yu Gothic UI"/>
          <w:b/>
          <w:bCs/>
          <w:color w:val="1D4ED8"/>
        </w:rPr>
        <w:tab/>
      </w:r>
      <w:r w:rsidR="003F4510">
        <w:rPr>
          <w:rFonts w:ascii="Yu Gothic UI" w:eastAsia="Yu Gothic UI" w:hAnsi="Yu Gothic UI"/>
          <w:b/>
          <w:bCs/>
          <w:color w:val="1D4ED8"/>
        </w:rPr>
        <w:tab/>
      </w:r>
      <w:r w:rsidR="003F4510">
        <w:rPr>
          <w:rFonts w:ascii="Yu Gothic UI" w:eastAsia="Yu Gothic UI" w:hAnsi="Yu Gothic UI"/>
          <w:b/>
          <w:bCs/>
          <w:color w:val="1D4ED8"/>
        </w:rPr>
        <w:tab/>
      </w:r>
      <w:r w:rsidR="008144F4" w:rsidRPr="008144F4">
        <w:rPr>
          <w:rFonts w:ascii="Yu Gothic UI" w:eastAsia="Yu Gothic UI" w:hAnsi="Yu Gothic UI" w:hint="eastAsia"/>
        </w:rPr>
        <w:t>,</w:t>
      </w:r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8144F4">
        <w:rPr>
          <w:rFonts w:ascii="Mangal" w:hAnsi="Mangal" w:cs="Mangal"/>
        </w:rPr>
        <w:t>वय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r w:rsidR="003F4510">
        <w:rPr>
          <w:rFonts w:ascii="Yu Gothic UI" w:eastAsia="Yu Gothic UI" w:hAnsi="Yu Gothic UI"/>
        </w:rPr>
        <w:tab/>
      </w:r>
      <w:r w:rsidR="006F0BD9">
        <w:rPr>
          <w:rFonts w:ascii="Yu Gothic UI" w:eastAsia="Yu Gothic UI" w:hAnsi="Yu Gothic UI"/>
        </w:rPr>
        <w:t xml:space="preserve">  </w:t>
      </w:r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8144F4">
        <w:rPr>
          <w:rFonts w:ascii="Mangal" w:hAnsi="Mangal" w:cs="Mangal"/>
        </w:rPr>
        <w:t>वर्षे</w:t>
      </w:r>
      <w:proofErr w:type="spellEnd"/>
      <w:r w:rsidRPr="00BA6DDB">
        <w:rPr>
          <w:rFonts w:ascii="Yu Gothic UI" w:eastAsia="Yu Gothic UI" w:hAnsi="Yu Gothic UI"/>
        </w:rPr>
        <w:t xml:space="preserve">, </w:t>
      </w:r>
      <w:proofErr w:type="spellStart"/>
      <w:r w:rsidRPr="008144F4">
        <w:rPr>
          <w:rFonts w:ascii="Mangal" w:hAnsi="Mangal" w:cs="Mangal"/>
        </w:rPr>
        <w:t>व्यवसाय</w:t>
      </w:r>
      <w:proofErr w:type="spellEnd"/>
      <w:r w:rsidRPr="00BA6DDB">
        <w:rPr>
          <w:rFonts w:ascii="Yu Gothic UI" w:eastAsia="Yu Gothic UI" w:hAnsi="Yu Gothic UI"/>
        </w:rPr>
        <w:t>:</w:t>
      </w:r>
      <w:r w:rsidR="003F4510">
        <w:rPr>
          <w:rFonts w:ascii="Yu Gothic UI" w:eastAsia="Yu Gothic UI" w:hAnsi="Yu Gothic UI"/>
        </w:rPr>
        <w:tab/>
      </w:r>
      <w:r w:rsidR="003F4510">
        <w:rPr>
          <w:rFonts w:ascii="Yu Gothic UI" w:eastAsia="Yu Gothic UI" w:hAnsi="Yu Gothic UI"/>
        </w:rPr>
        <w:tab/>
      </w:r>
      <w:r w:rsidR="003F4510">
        <w:rPr>
          <w:rFonts w:ascii="Yu Gothic UI" w:eastAsia="Yu Gothic UI" w:hAnsi="Yu Gothic UI"/>
        </w:rPr>
        <w:tab/>
      </w:r>
      <w:r w:rsidR="008144F4" w:rsidRPr="008144F4">
        <w:rPr>
          <w:rFonts w:ascii="Yu Gothic UI" w:eastAsia="Yu Gothic UI" w:hAnsi="Yu Gothic UI" w:hint="eastAsia"/>
        </w:rPr>
        <w:t>,</w:t>
      </w:r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8144F4">
        <w:rPr>
          <w:rFonts w:ascii="Mangal" w:hAnsi="Mangal" w:cs="Mangal"/>
        </w:rPr>
        <w:t>रहिवासी</w:t>
      </w:r>
      <w:proofErr w:type="spellEnd"/>
      <w:proofErr w:type="gramEnd"/>
    </w:p>
    <w:p w14:paraId="7CD75AD1" w14:textId="39EBABDC" w:rsidR="003F4510" w:rsidRDefault="003F4510">
      <w:pPr>
        <w:spacing w:before="80" w:after="80"/>
        <w:jc w:val="both"/>
        <w:rPr>
          <w:rFonts w:ascii="Mangal" w:hAnsi="Mangal" w:cs="Mangal"/>
        </w:rPr>
      </w:pPr>
      <w:r>
        <w:rPr>
          <w:rFonts w:ascii="Mangal" w:hAnsi="Mangal" w:cs="Mangal"/>
        </w:rPr>
        <w:t>[Address]</w:t>
      </w:r>
    </w:p>
    <w:p w14:paraId="79D691DD" w14:textId="4B371B19" w:rsidR="00227AEA" w:rsidRPr="009E601E" w:rsidRDefault="003A52FF">
      <w:pPr>
        <w:spacing w:before="80" w:after="80"/>
        <w:jc w:val="both"/>
        <w:rPr>
          <w:rFonts w:ascii="Yu Gothic UI" w:eastAsia="Yu Gothic UI" w:hAnsi="Yu Gothic UI"/>
        </w:rPr>
      </w:pPr>
      <w:r w:rsidRPr="00BA6DDB">
        <w:rPr>
          <w:rFonts w:ascii="Yu Gothic UI" w:eastAsia="Yu Gothic UI" w:hAnsi="Yu Gothic UI"/>
        </w:rPr>
        <w:t xml:space="preserve"> </w:t>
      </w:r>
      <w:proofErr w:type="spellStart"/>
      <w:proofErr w:type="gramStart"/>
      <w:r w:rsidRPr="008144F4">
        <w:rPr>
          <w:rFonts w:ascii="Mangal" w:hAnsi="Mangal" w:cs="Mangal"/>
        </w:rPr>
        <w:t>तालुका</w:t>
      </w:r>
      <w:proofErr w:type="spellEnd"/>
      <w:r w:rsidRPr="00BA6DDB">
        <w:rPr>
          <w:rFonts w:ascii="Yu Gothic UI" w:eastAsia="Yu Gothic UI" w:hAnsi="Yu Gothic UI"/>
        </w:rPr>
        <w:t xml:space="preserve">: </w:t>
      </w:r>
      <w:r w:rsidR="003F4510">
        <w:rPr>
          <w:rFonts w:ascii="Yu Gothic UI" w:eastAsia="Yu Gothic UI" w:hAnsi="Yu Gothic UI"/>
          <w:b/>
          <w:bCs/>
          <w:color w:val="1D4ED8"/>
        </w:rPr>
        <w:tab/>
      </w:r>
      <w:r w:rsidR="003F4510">
        <w:rPr>
          <w:rFonts w:ascii="Yu Gothic UI" w:eastAsia="Yu Gothic UI" w:hAnsi="Yu Gothic UI"/>
          <w:b/>
          <w:bCs/>
          <w:color w:val="1D4ED8"/>
        </w:rPr>
        <w:tab/>
      </w:r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8144F4">
        <w:rPr>
          <w:rFonts w:ascii="Mangal" w:hAnsi="Mangal" w:cs="Mangal"/>
        </w:rPr>
        <w:t>जिल्हा</w:t>
      </w:r>
      <w:proofErr w:type="spellEnd"/>
      <w:r w:rsidRPr="00BA6DDB">
        <w:rPr>
          <w:rFonts w:ascii="Yu Gothic UI" w:eastAsia="Yu Gothic UI" w:hAnsi="Yu Gothic UI"/>
        </w:rPr>
        <w:t>:</w:t>
      </w:r>
      <w:r w:rsidR="003F4510">
        <w:rPr>
          <w:rFonts w:ascii="Yu Gothic UI" w:eastAsia="Yu Gothic UI" w:hAnsi="Yu Gothic UI"/>
        </w:rPr>
        <w:tab/>
      </w:r>
      <w:r w:rsidR="003F4510">
        <w:rPr>
          <w:rFonts w:ascii="Yu Gothic UI" w:eastAsia="Yu Gothic UI" w:hAnsi="Yu Gothic UI"/>
        </w:rPr>
        <w:tab/>
      </w:r>
      <w:r w:rsidR="003F4510">
        <w:rPr>
          <w:rFonts w:ascii="Yu Gothic UI" w:eastAsia="Yu Gothic UI" w:hAnsi="Yu Gothic UI"/>
        </w:rPr>
        <w:tab/>
      </w:r>
      <w:r w:rsidR="008144F4" w:rsidRPr="008144F4">
        <w:rPr>
          <w:rFonts w:ascii="Yu Gothic UI" w:eastAsia="Yu Gothic UI" w:hAnsi="Yu Gothic UI" w:hint="eastAsia"/>
        </w:rPr>
        <w:t>,</w:t>
      </w:r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8144F4">
        <w:rPr>
          <w:rFonts w:ascii="Mangal" w:hAnsi="Mangal" w:cs="Mangal"/>
        </w:rPr>
        <w:t>महाराष्ट्र</w:t>
      </w:r>
      <w:proofErr w:type="spellEnd"/>
      <w:r w:rsidRPr="00BA6DDB">
        <w:rPr>
          <w:rFonts w:ascii="Yu Gothic UI" w:eastAsia="Yu Gothic UI" w:hAnsi="Yu Gothic UI"/>
        </w:rPr>
        <w:t xml:space="preserve">, </w:t>
      </w:r>
      <w:proofErr w:type="spellStart"/>
      <w:r w:rsidRPr="008144F4">
        <w:rPr>
          <w:rFonts w:ascii="Mangal" w:hAnsi="Mangal" w:cs="Mangal"/>
        </w:rPr>
        <w:t>शपथपूर्वक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8144F4">
        <w:rPr>
          <w:rFonts w:ascii="Mangal" w:hAnsi="Mangal" w:cs="Mangal"/>
        </w:rPr>
        <w:t>सांगतो</w:t>
      </w:r>
      <w:proofErr w:type="spellEnd"/>
      <w:r w:rsidRPr="00BA6DDB">
        <w:rPr>
          <w:rFonts w:ascii="Yu Gothic UI" w:eastAsia="Yu Gothic UI" w:hAnsi="Yu Gothic UI"/>
        </w:rPr>
        <w:t>/</w:t>
      </w:r>
      <w:proofErr w:type="spellStart"/>
      <w:r w:rsidRPr="008144F4">
        <w:rPr>
          <w:rFonts w:ascii="Mangal" w:hAnsi="Mangal" w:cs="Mangal"/>
        </w:rPr>
        <w:t>सांगते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8144F4">
        <w:rPr>
          <w:rFonts w:ascii="Mangal" w:hAnsi="Mangal" w:cs="Mangal"/>
        </w:rPr>
        <w:t>की</w:t>
      </w:r>
      <w:proofErr w:type="spellEnd"/>
      <w:proofErr w:type="gramEnd"/>
      <w:r w:rsidRPr="00BA6DDB">
        <w:rPr>
          <w:rFonts w:ascii="Yu Gothic UI" w:eastAsia="Yu Gothic UI" w:hAnsi="Yu Gothic UI"/>
        </w:rPr>
        <w:t>:</w:t>
      </w:r>
    </w:p>
    <w:p w14:paraId="37A6D2AE" w14:textId="77777777" w:rsidR="00227AEA" w:rsidRPr="00BA6DDB" w:rsidRDefault="00227AEA">
      <w:pPr>
        <w:spacing w:after="120"/>
        <w:rPr>
          <w:rFonts w:ascii="Yu Gothic UI" w:eastAsia="Yu Gothic UI" w:hAnsi="Yu Gothic UI"/>
        </w:rPr>
      </w:pPr>
    </w:p>
    <w:p w14:paraId="15ED3FBF" w14:textId="77777777" w:rsidR="00227AEA" w:rsidRPr="00BA6DDB" w:rsidRDefault="003A52FF">
      <w:pPr>
        <w:spacing w:before="100" w:after="40"/>
        <w:jc w:val="both"/>
        <w:rPr>
          <w:rFonts w:ascii="Yu Gothic UI" w:eastAsia="Yu Gothic UI" w:hAnsi="Yu Gothic UI"/>
        </w:rPr>
      </w:pPr>
      <w:r w:rsidRPr="00BA6DDB">
        <w:rPr>
          <w:rFonts w:ascii="Yu Gothic UI" w:eastAsia="Yu Gothic UI" w:hAnsi="Yu Gothic UI"/>
          <w:b/>
          <w:bCs/>
        </w:rPr>
        <w:t xml:space="preserve">1.  </w:t>
      </w:r>
      <w:r w:rsidRPr="00BA6DDB">
        <w:rPr>
          <w:rFonts w:ascii="Yu Gothic UI" w:eastAsia="Yu Gothic UI" w:hAnsi="Yu Gothic UI"/>
        </w:rPr>
        <w:t xml:space="preserve">That I belong to the General (Open / Unreserved) category and do NOT belong to any Scheduled Caste (SC), Scheduled Tribe (ST), Other Backward Class (OBC), Nomadic Tribe (NT), </w:t>
      </w:r>
      <w:proofErr w:type="spellStart"/>
      <w:r w:rsidRPr="00BA6DDB">
        <w:rPr>
          <w:rFonts w:ascii="Yu Gothic UI" w:eastAsia="Yu Gothic UI" w:hAnsi="Yu Gothic UI"/>
        </w:rPr>
        <w:t>Vimukta</w:t>
      </w:r>
      <w:proofErr w:type="spellEnd"/>
      <w:r w:rsidRPr="00BA6DDB">
        <w:rPr>
          <w:rFonts w:ascii="Yu Gothic UI" w:eastAsia="Yu Gothic UI" w:hAnsi="Yu Gothic UI"/>
        </w:rPr>
        <w:t xml:space="preserve"> Jati / Nomadic Tribe (VJNT), or Special Backward Class (SBC) as notified by the Government of Maharashtra.</w:t>
      </w:r>
    </w:p>
    <w:p w14:paraId="49B33064" w14:textId="77777777" w:rsidR="00227AEA" w:rsidRPr="00BA6DDB" w:rsidRDefault="003A52FF">
      <w:pPr>
        <w:spacing w:after="120"/>
        <w:jc w:val="both"/>
        <w:rPr>
          <w:rFonts w:ascii="Yu Gothic UI" w:eastAsia="Yu Gothic UI" w:hAnsi="Yu Gothic UI"/>
        </w:rPr>
      </w:pPr>
      <w:r w:rsidRPr="00BA6DDB">
        <w:rPr>
          <w:rFonts w:ascii="Yu Gothic UI" w:eastAsia="Yu Gothic UI" w:hAnsi="Yu Gothic UI"/>
        </w:rPr>
        <w:t xml:space="preserve">1. </w:t>
      </w:r>
      <w:proofErr w:type="spellStart"/>
      <w:r w:rsidRPr="00BA6DDB">
        <w:rPr>
          <w:rFonts w:ascii="Mangal" w:eastAsia="Yu Gothic UI" w:hAnsi="Mangal" w:cs="Mangal"/>
        </w:rPr>
        <w:t>मी</w:t>
      </w:r>
      <w:proofErr w:type="spellEnd"/>
      <w:r w:rsidRPr="00BA6DDB">
        <w:rPr>
          <w:rFonts w:ascii="Yu Gothic UI" w:eastAsia="Yu Gothic UI" w:hAnsi="Yu Gothic UI"/>
        </w:rPr>
        <w:t xml:space="preserve"> General (Open / Unreserved) </w:t>
      </w:r>
      <w:proofErr w:type="spellStart"/>
      <w:r w:rsidRPr="00BA6DDB">
        <w:rPr>
          <w:rFonts w:ascii="Mangal" w:eastAsia="Yu Gothic UI" w:hAnsi="Mangal" w:cs="Mangal"/>
        </w:rPr>
        <w:t>प्रवर्गातील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आहे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आणि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अनुसूचित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जाती</w:t>
      </w:r>
      <w:proofErr w:type="spellEnd"/>
      <w:r w:rsidRPr="00BA6DDB">
        <w:rPr>
          <w:rFonts w:ascii="Yu Gothic UI" w:eastAsia="Yu Gothic UI" w:hAnsi="Yu Gothic UI"/>
        </w:rPr>
        <w:t xml:space="preserve"> (SC), </w:t>
      </w:r>
      <w:proofErr w:type="spellStart"/>
      <w:r w:rsidRPr="00BA6DDB">
        <w:rPr>
          <w:rFonts w:ascii="Mangal" w:eastAsia="Yu Gothic UI" w:hAnsi="Mangal" w:cs="Mangal"/>
        </w:rPr>
        <w:t>अनुसूचित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जमाती</w:t>
      </w:r>
      <w:proofErr w:type="spellEnd"/>
      <w:r w:rsidRPr="00BA6DDB">
        <w:rPr>
          <w:rFonts w:ascii="Yu Gothic UI" w:eastAsia="Yu Gothic UI" w:hAnsi="Yu Gothic UI"/>
        </w:rPr>
        <w:t xml:space="preserve"> (ST), </w:t>
      </w:r>
      <w:proofErr w:type="spellStart"/>
      <w:r w:rsidRPr="00BA6DDB">
        <w:rPr>
          <w:rFonts w:ascii="Mangal" w:eastAsia="Yu Gothic UI" w:hAnsi="Mangal" w:cs="Mangal"/>
        </w:rPr>
        <w:t>इतर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मागासवर्ग</w:t>
      </w:r>
      <w:proofErr w:type="spellEnd"/>
      <w:r w:rsidRPr="00BA6DDB">
        <w:rPr>
          <w:rFonts w:ascii="Yu Gothic UI" w:eastAsia="Yu Gothic UI" w:hAnsi="Yu Gothic UI"/>
        </w:rPr>
        <w:t xml:space="preserve"> (OBC), </w:t>
      </w:r>
      <w:proofErr w:type="spellStart"/>
      <w:r w:rsidRPr="00BA6DDB">
        <w:rPr>
          <w:rFonts w:ascii="Mangal" w:eastAsia="Yu Gothic UI" w:hAnsi="Mangal" w:cs="Mangal"/>
        </w:rPr>
        <w:t>भटक्या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जमाती</w:t>
      </w:r>
      <w:proofErr w:type="spellEnd"/>
      <w:r w:rsidRPr="00BA6DDB">
        <w:rPr>
          <w:rFonts w:ascii="Yu Gothic UI" w:eastAsia="Yu Gothic UI" w:hAnsi="Yu Gothic UI"/>
        </w:rPr>
        <w:t xml:space="preserve"> (NT), </w:t>
      </w:r>
      <w:proofErr w:type="spellStart"/>
      <w:r w:rsidRPr="00BA6DDB">
        <w:rPr>
          <w:rFonts w:ascii="Mangal" w:eastAsia="Yu Gothic UI" w:hAnsi="Mangal" w:cs="Mangal"/>
        </w:rPr>
        <w:t>विमुक्त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जाती</w:t>
      </w:r>
      <w:proofErr w:type="spellEnd"/>
      <w:r w:rsidRPr="00BA6DDB">
        <w:rPr>
          <w:rFonts w:ascii="Yu Gothic UI" w:eastAsia="Yu Gothic UI" w:hAnsi="Yu Gothic UI"/>
        </w:rPr>
        <w:t xml:space="preserve"> / </w:t>
      </w:r>
      <w:proofErr w:type="spellStart"/>
      <w:r w:rsidRPr="00BA6DDB">
        <w:rPr>
          <w:rFonts w:ascii="Mangal" w:eastAsia="Yu Gothic UI" w:hAnsi="Mangal" w:cs="Mangal"/>
        </w:rPr>
        <w:t>भटक्या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जमाती</w:t>
      </w:r>
      <w:proofErr w:type="spellEnd"/>
      <w:r w:rsidRPr="00BA6DDB">
        <w:rPr>
          <w:rFonts w:ascii="Yu Gothic UI" w:eastAsia="Yu Gothic UI" w:hAnsi="Yu Gothic UI"/>
        </w:rPr>
        <w:t xml:space="preserve"> (VJNT), </w:t>
      </w:r>
      <w:proofErr w:type="spellStart"/>
      <w:r w:rsidRPr="00BA6DDB">
        <w:rPr>
          <w:rFonts w:ascii="Mangal" w:eastAsia="Yu Gothic UI" w:hAnsi="Mangal" w:cs="Mangal"/>
        </w:rPr>
        <w:t>किंवा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विशेष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मागासप्रवर्ग</w:t>
      </w:r>
      <w:proofErr w:type="spellEnd"/>
      <w:r w:rsidRPr="00BA6DDB">
        <w:rPr>
          <w:rFonts w:ascii="Yu Gothic UI" w:eastAsia="Yu Gothic UI" w:hAnsi="Yu Gothic UI"/>
        </w:rPr>
        <w:t xml:space="preserve"> (SBC) </w:t>
      </w:r>
      <w:proofErr w:type="spellStart"/>
      <w:r w:rsidRPr="00BA6DDB">
        <w:rPr>
          <w:rFonts w:ascii="Mangal" w:eastAsia="Yu Gothic UI" w:hAnsi="Mangal" w:cs="Mangal"/>
        </w:rPr>
        <w:t>यापैकी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कोणत्याही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प्रवर्गात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माझा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समावेश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होत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नाही</w:t>
      </w:r>
      <w:proofErr w:type="spellEnd"/>
      <w:r w:rsidRPr="00BA6DDB">
        <w:rPr>
          <w:rFonts w:ascii="Yu Gothic UI" w:eastAsia="Yu Gothic UI" w:hAnsi="Yu Gothic UI"/>
        </w:rPr>
        <w:t>.</w:t>
      </w:r>
    </w:p>
    <w:p w14:paraId="7A545A65" w14:textId="5DC9DEFA" w:rsidR="00227AEA" w:rsidRPr="009E601E" w:rsidRDefault="003A52FF">
      <w:pPr>
        <w:spacing w:before="100" w:after="40"/>
        <w:jc w:val="both"/>
        <w:rPr>
          <w:rFonts w:ascii="Yu Gothic UI" w:eastAsia="Yu Gothic UI" w:hAnsi="Yu Gothic UI"/>
        </w:rPr>
      </w:pPr>
      <w:r w:rsidRPr="00BA6DDB">
        <w:rPr>
          <w:rFonts w:ascii="Yu Gothic UI" w:eastAsia="Yu Gothic UI" w:hAnsi="Yu Gothic UI"/>
          <w:b/>
          <w:bCs/>
        </w:rPr>
        <w:t xml:space="preserve">2.  </w:t>
      </w:r>
      <w:r w:rsidRPr="00BA6DDB">
        <w:rPr>
          <w:rFonts w:ascii="Yu Gothic UI" w:eastAsia="Yu Gothic UI" w:hAnsi="Yu Gothic UI"/>
        </w:rPr>
        <w:t xml:space="preserve">That the gross annual income of my family from ALL sources — including salary/wages, agricultural income, business profit, rent, pension, interest, and any other source — for the financial year </w:t>
      </w:r>
      <w:r w:rsidR="003F4510">
        <w:rPr>
          <w:rFonts w:ascii="Yu Gothic UI" w:eastAsia="Yu Gothic UI" w:hAnsi="Yu Gothic UI"/>
        </w:rPr>
        <w:tab/>
      </w:r>
      <w:r w:rsidR="003F4510">
        <w:rPr>
          <w:rFonts w:ascii="Yu Gothic UI" w:eastAsia="Yu Gothic UI" w:hAnsi="Yu Gothic UI"/>
        </w:rPr>
        <w:tab/>
        <w:t xml:space="preserve">   </w:t>
      </w:r>
      <w:r w:rsidRPr="00BA6DDB">
        <w:rPr>
          <w:rFonts w:ascii="Yu Gothic UI" w:eastAsia="Yu Gothic UI" w:hAnsi="Yu Gothic UI"/>
        </w:rPr>
        <w:t xml:space="preserve">does NOT exceed Rupees Eight Lakh (₹8,00,000/-) as prescribed under the 103rd Constitutional Amendment Act, 2019 and </w:t>
      </w:r>
      <w:proofErr w:type="spellStart"/>
      <w:r w:rsidRPr="00BA6DDB">
        <w:rPr>
          <w:rFonts w:ascii="Yu Gothic UI" w:eastAsia="Yu Gothic UI" w:hAnsi="Yu Gothic UI"/>
        </w:rPr>
        <w:t>DoPT</w:t>
      </w:r>
      <w:proofErr w:type="spellEnd"/>
      <w:r w:rsidRPr="00BA6DDB">
        <w:rPr>
          <w:rFonts w:ascii="Yu Gothic UI" w:eastAsia="Yu Gothic UI" w:hAnsi="Yu Gothic UI"/>
        </w:rPr>
        <w:t xml:space="preserve"> OM No. 36039/1/2019-</w:t>
      </w:r>
      <w:proofErr w:type="gramStart"/>
      <w:r w:rsidRPr="00BA6DDB">
        <w:rPr>
          <w:rFonts w:ascii="Yu Gothic UI" w:eastAsia="Yu Gothic UI" w:hAnsi="Yu Gothic UI"/>
        </w:rPr>
        <w:t>Estt(</w:t>
      </w:r>
      <w:proofErr w:type="gramEnd"/>
      <w:r w:rsidRPr="00BA6DDB">
        <w:rPr>
          <w:rFonts w:ascii="Yu Gothic UI" w:eastAsia="Yu Gothic UI" w:hAnsi="Yu Gothic UI"/>
        </w:rPr>
        <w:t>Res) dated 31.01.2019.</w:t>
      </w:r>
    </w:p>
    <w:p w14:paraId="111CCE61" w14:textId="2EED699D" w:rsidR="00227AEA" w:rsidRPr="009E601E" w:rsidRDefault="003A52FF">
      <w:pPr>
        <w:spacing w:after="120"/>
        <w:jc w:val="both"/>
        <w:rPr>
          <w:rFonts w:ascii="Yu Gothic UI" w:eastAsia="Yu Gothic UI" w:hAnsi="Yu Gothic UI"/>
        </w:rPr>
      </w:pPr>
      <w:r w:rsidRPr="00BA6DDB">
        <w:rPr>
          <w:rFonts w:ascii="Yu Gothic UI" w:eastAsia="Yu Gothic UI" w:hAnsi="Yu Gothic UI"/>
        </w:rPr>
        <w:t xml:space="preserve">2. </w:t>
      </w:r>
      <w:proofErr w:type="spellStart"/>
      <w:r w:rsidRPr="000B4CC5">
        <w:rPr>
          <w:rFonts w:ascii="Mangal" w:hAnsi="Mangal" w:cs="Mangal"/>
        </w:rPr>
        <w:t>माझ्या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0B4CC5">
        <w:rPr>
          <w:rFonts w:ascii="Mangal" w:hAnsi="Mangal" w:cs="Mangal"/>
        </w:rPr>
        <w:t>कुटुंबाचे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0B4CC5">
        <w:rPr>
          <w:rFonts w:ascii="Mangal" w:hAnsi="Mangal" w:cs="Mangal"/>
        </w:rPr>
        <w:t>सर्व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0B4CC5">
        <w:rPr>
          <w:rFonts w:ascii="Mangal" w:hAnsi="Mangal" w:cs="Mangal"/>
        </w:rPr>
        <w:t>स्रोतांपासूनचे</w:t>
      </w:r>
      <w:proofErr w:type="spellEnd"/>
      <w:r w:rsidRPr="00BA6DDB">
        <w:rPr>
          <w:rFonts w:ascii="Yu Gothic UI" w:eastAsia="Yu Gothic UI" w:hAnsi="Yu Gothic UI"/>
        </w:rPr>
        <w:t xml:space="preserve"> (</w:t>
      </w:r>
      <w:proofErr w:type="spellStart"/>
      <w:r w:rsidRPr="000B4CC5">
        <w:rPr>
          <w:rFonts w:ascii="Mangal" w:hAnsi="Mangal" w:cs="Mangal"/>
        </w:rPr>
        <w:t>वेतन</w:t>
      </w:r>
      <w:proofErr w:type="spellEnd"/>
      <w:r w:rsidRPr="00BA6DDB">
        <w:rPr>
          <w:rFonts w:ascii="Yu Gothic UI" w:eastAsia="Yu Gothic UI" w:hAnsi="Yu Gothic UI"/>
        </w:rPr>
        <w:t xml:space="preserve">, </w:t>
      </w:r>
      <w:proofErr w:type="spellStart"/>
      <w:r w:rsidRPr="000B4CC5">
        <w:rPr>
          <w:rFonts w:ascii="Mangal" w:hAnsi="Mangal" w:cs="Mangal"/>
        </w:rPr>
        <w:t>शेती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0B4CC5">
        <w:rPr>
          <w:rFonts w:ascii="Mangal" w:hAnsi="Mangal" w:cs="Mangal"/>
        </w:rPr>
        <w:t>उत्पन्न</w:t>
      </w:r>
      <w:proofErr w:type="spellEnd"/>
      <w:r w:rsidRPr="00BA6DDB">
        <w:rPr>
          <w:rFonts w:ascii="Yu Gothic UI" w:eastAsia="Yu Gothic UI" w:hAnsi="Yu Gothic UI"/>
        </w:rPr>
        <w:t xml:space="preserve">, </w:t>
      </w:r>
      <w:proofErr w:type="spellStart"/>
      <w:r w:rsidRPr="000B4CC5">
        <w:rPr>
          <w:rFonts w:ascii="Mangal" w:hAnsi="Mangal" w:cs="Mangal"/>
        </w:rPr>
        <w:t>व्यवसाय</w:t>
      </w:r>
      <w:proofErr w:type="spellEnd"/>
      <w:r w:rsidRPr="00BA6DDB">
        <w:rPr>
          <w:rFonts w:ascii="Yu Gothic UI" w:eastAsia="Yu Gothic UI" w:hAnsi="Yu Gothic UI"/>
        </w:rPr>
        <w:t xml:space="preserve">, </w:t>
      </w:r>
      <w:proofErr w:type="spellStart"/>
      <w:r w:rsidRPr="000B4CC5">
        <w:rPr>
          <w:rFonts w:ascii="Mangal" w:hAnsi="Mangal" w:cs="Mangal"/>
        </w:rPr>
        <w:t>भाडे</w:t>
      </w:r>
      <w:proofErr w:type="spellEnd"/>
      <w:r w:rsidRPr="00BA6DDB">
        <w:rPr>
          <w:rFonts w:ascii="Yu Gothic UI" w:eastAsia="Yu Gothic UI" w:hAnsi="Yu Gothic UI"/>
        </w:rPr>
        <w:t xml:space="preserve">, </w:t>
      </w:r>
      <w:proofErr w:type="spellStart"/>
      <w:r w:rsidRPr="000B4CC5">
        <w:rPr>
          <w:rFonts w:ascii="Mangal" w:hAnsi="Mangal" w:cs="Mangal"/>
        </w:rPr>
        <w:t>निवृत्तीवेतन</w:t>
      </w:r>
      <w:proofErr w:type="spellEnd"/>
      <w:r w:rsidRPr="00BA6DDB">
        <w:rPr>
          <w:rFonts w:ascii="Yu Gothic UI" w:eastAsia="Yu Gothic UI" w:hAnsi="Yu Gothic UI"/>
        </w:rPr>
        <w:t xml:space="preserve">, </w:t>
      </w:r>
      <w:proofErr w:type="spellStart"/>
      <w:r w:rsidRPr="000B4CC5">
        <w:rPr>
          <w:rFonts w:ascii="Mangal" w:hAnsi="Mangal" w:cs="Mangal"/>
        </w:rPr>
        <w:t>व्याज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r w:rsidRPr="000B4CC5">
        <w:rPr>
          <w:rFonts w:ascii="Mangal" w:hAnsi="Mangal" w:cs="Mangal"/>
        </w:rPr>
        <w:t>व</w:t>
      </w:r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0B4CC5">
        <w:rPr>
          <w:rFonts w:ascii="Mangal" w:hAnsi="Mangal" w:cs="Mangal"/>
        </w:rPr>
        <w:t>इतर</w:t>
      </w:r>
      <w:proofErr w:type="spellEnd"/>
      <w:r w:rsidRPr="00BA6DDB">
        <w:rPr>
          <w:rFonts w:ascii="Yu Gothic UI" w:eastAsia="Yu Gothic UI" w:hAnsi="Yu Gothic UI"/>
        </w:rPr>
        <w:t xml:space="preserve">) </w:t>
      </w:r>
      <w:proofErr w:type="spellStart"/>
      <w:r w:rsidRPr="000B4CC5">
        <w:rPr>
          <w:rFonts w:ascii="Mangal" w:hAnsi="Mangal" w:cs="Mangal"/>
        </w:rPr>
        <w:t>एकत्रित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0B4CC5">
        <w:rPr>
          <w:rFonts w:ascii="Mangal" w:hAnsi="Mangal" w:cs="Mangal"/>
        </w:rPr>
        <w:t>वार्षिक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0B4CC5">
        <w:rPr>
          <w:rFonts w:ascii="Mangal" w:hAnsi="Mangal" w:cs="Mangal"/>
        </w:rPr>
        <w:t>उत्पन्न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0B4CC5">
        <w:rPr>
          <w:rFonts w:ascii="Mangal" w:hAnsi="Mangal" w:cs="Mangal"/>
        </w:rPr>
        <w:t>आर्थिक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0B4CC5">
        <w:rPr>
          <w:rFonts w:ascii="Mangal" w:hAnsi="Mangal" w:cs="Mangal"/>
        </w:rPr>
        <w:t>वर्ष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r w:rsidR="003F4510">
        <w:rPr>
          <w:rFonts w:ascii="Yu Gothic UI" w:eastAsia="Yu Gothic UI" w:hAnsi="Yu Gothic UI"/>
          <w:b/>
          <w:bCs/>
          <w:color w:val="1D4ED8"/>
        </w:rPr>
        <w:tab/>
        <w:t xml:space="preserve">   </w:t>
      </w:r>
      <w:r w:rsidRPr="00BA6DDB">
        <w:rPr>
          <w:rFonts w:ascii="Yu Gothic UI" w:eastAsia="Yu Gothic UI" w:hAnsi="Yu Gothic UI"/>
        </w:rPr>
        <w:t xml:space="preserve"> </w:t>
      </w:r>
      <w:r w:rsidR="002E4F52">
        <w:rPr>
          <w:rFonts w:ascii="Yu Gothic UI" w:eastAsia="Yu Gothic UI" w:hAnsi="Yu Gothic UI"/>
        </w:rPr>
        <w:t xml:space="preserve">  </w:t>
      </w:r>
      <w:proofErr w:type="spellStart"/>
      <w:r w:rsidRPr="000B4CC5">
        <w:rPr>
          <w:rFonts w:ascii="Mangal" w:hAnsi="Mangal" w:cs="Mangal"/>
        </w:rPr>
        <w:t>साठी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0B4CC5">
        <w:rPr>
          <w:rFonts w:ascii="Mangal" w:hAnsi="Mangal" w:cs="Mangal"/>
        </w:rPr>
        <w:t>रुपये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0B4CC5">
        <w:rPr>
          <w:rFonts w:ascii="Mangal" w:hAnsi="Mangal" w:cs="Mangal"/>
        </w:rPr>
        <w:t>आठ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0B4CC5">
        <w:rPr>
          <w:rFonts w:ascii="Mangal" w:hAnsi="Mangal" w:cs="Mangal"/>
        </w:rPr>
        <w:t>लाख</w:t>
      </w:r>
      <w:proofErr w:type="spellEnd"/>
      <w:r w:rsidRPr="00BA6DDB">
        <w:rPr>
          <w:rFonts w:ascii="Yu Gothic UI" w:eastAsia="Yu Gothic UI" w:hAnsi="Yu Gothic UI"/>
        </w:rPr>
        <w:t xml:space="preserve"> (₹8,00,000/-) </w:t>
      </w:r>
      <w:proofErr w:type="spellStart"/>
      <w:r w:rsidRPr="000B4CC5">
        <w:rPr>
          <w:rFonts w:ascii="Mangal" w:hAnsi="Mangal" w:cs="Mangal"/>
        </w:rPr>
        <w:t>पेक्षा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0B4CC5">
        <w:rPr>
          <w:rFonts w:ascii="Mangal" w:hAnsi="Mangal" w:cs="Mangal"/>
        </w:rPr>
        <w:t>कमी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0B4CC5">
        <w:rPr>
          <w:rFonts w:ascii="Mangal" w:hAnsi="Mangal" w:cs="Mangal"/>
        </w:rPr>
        <w:t>आहे</w:t>
      </w:r>
      <w:proofErr w:type="spellEnd"/>
      <w:r w:rsidRPr="00BA6DDB">
        <w:rPr>
          <w:rFonts w:ascii="Yu Gothic UI" w:eastAsia="Yu Gothic UI" w:hAnsi="Yu Gothic UI"/>
        </w:rPr>
        <w:t>.</w:t>
      </w:r>
    </w:p>
    <w:p w14:paraId="1926121E" w14:textId="77777777" w:rsidR="00227AEA" w:rsidRPr="00BA6DDB" w:rsidRDefault="003A52FF">
      <w:pPr>
        <w:spacing w:before="100" w:after="40"/>
        <w:jc w:val="both"/>
        <w:rPr>
          <w:rFonts w:ascii="Yu Gothic UI" w:eastAsia="Yu Gothic UI" w:hAnsi="Yu Gothic UI"/>
        </w:rPr>
      </w:pPr>
      <w:r w:rsidRPr="00BA6DDB">
        <w:rPr>
          <w:rFonts w:ascii="Yu Gothic UI" w:eastAsia="Yu Gothic UI" w:hAnsi="Yu Gothic UI"/>
          <w:b/>
          <w:bCs/>
        </w:rPr>
        <w:t>3</w:t>
      </w:r>
      <w:proofErr w:type="gramStart"/>
      <w:r w:rsidRPr="00BA6DDB">
        <w:rPr>
          <w:rFonts w:ascii="Yu Gothic UI" w:eastAsia="Yu Gothic UI" w:hAnsi="Yu Gothic UI"/>
          <w:b/>
          <w:bCs/>
        </w:rPr>
        <w:t xml:space="preserve">.  </w:t>
      </w:r>
      <w:r w:rsidRPr="00BA6DDB">
        <w:rPr>
          <w:rFonts w:ascii="Yu Gothic UI" w:eastAsia="Yu Gothic UI" w:hAnsi="Yu Gothic UI"/>
        </w:rPr>
        <w:t>That</w:t>
      </w:r>
      <w:proofErr w:type="gramEnd"/>
      <w:r w:rsidRPr="00BA6DDB">
        <w:rPr>
          <w:rFonts w:ascii="Yu Gothic UI" w:eastAsia="Yu Gothic UI" w:hAnsi="Yu Gothic UI"/>
        </w:rPr>
        <w:t xml:space="preserve"> my family does NOT own or possess agricultural land of Five (5) acres or more, individually or cumulatively across all locations.</w:t>
      </w:r>
    </w:p>
    <w:p w14:paraId="6491C92F" w14:textId="77777777" w:rsidR="00227AEA" w:rsidRPr="00BA6DDB" w:rsidRDefault="003A52FF">
      <w:pPr>
        <w:spacing w:after="120"/>
        <w:jc w:val="both"/>
        <w:rPr>
          <w:rFonts w:ascii="Yu Gothic UI" w:eastAsia="Yu Gothic UI" w:hAnsi="Yu Gothic UI"/>
        </w:rPr>
      </w:pPr>
      <w:r w:rsidRPr="00BA6DDB">
        <w:rPr>
          <w:rFonts w:ascii="Yu Gothic UI" w:eastAsia="Yu Gothic UI" w:hAnsi="Yu Gothic UI"/>
        </w:rPr>
        <w:t xml:space="preserve">3. </w:t>
      </w:r>
      <w:proofErr w:type="spellStart"/>
      <w:r w:rsidRPr="00BA6DDB">
        <w:rPr>
          <w:rFonts w:ascii="Mangal" w:eastAsia="Yu Gothic UI" w:hAnsi="Mangal" w:cs="Mangal"/>
        </w:rPr>
        <w:t>माझ्या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कुटुंबाकडे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एकत्रितरित्या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कोठेही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पाच</w:t>
      </w:r>
      <w:proofErr w:type="spellEnd"/>
      <w:r w:rsidRPr="00BA6DDB">
        <w:rPr>
          <w:rFonts w:ascii="Yu Gothic UI" w:eastAsia="Yu Gothic UI" w:hAnsi="Yu Gothic UI"/>
        </w:rPr>
        <w:t xml:space="preserve"> (5) </w:t>
      </w:r>
      <w:proofErr w:type="spellStart"/>
      <w:r w:rsidRPr="00BA6DDB">
        <w:rPr>
          <w:rFonts w:ascii="Mangal" w:eastAsia="Yu Gothic UI" w:hAnsi="Mangal" w:cs="Mangal"/>
        </w:rPr>
        <w:t>एकर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किंवा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त्यापेक्षा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जास्त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शेतजमीन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नाही</w:t>
      </w:r>
      <w:proofErr w:type="spellEnd"/>
      <w:r w:rsidRPr="00BA6DDB">
        <w:rPr>
          <w:rFonts w:ascii="Yu Gothic UI" w:eastAsia="Yu Gothic UI" w:hAnsi="Yu Gothic UI"/>
        </w:rPr>
        <w:t>.</w:t>
      </w:r>
    </w:p>
    <w:p w14:paraId="47E00A6F" w14:textId="77777777" w:rsidR="00227AEA" w:rsidRPr="00BA6DDB" w:rsidRDefault="003A52FF">
      <w:pPr>
        <w:spacing w:before="100" w:after="40"/>
        <w:jc w:val="both"/>
        <w:rPr>
          <w:rFonts w:ascii="Yu Gothic UI" w:eastAsia="Yu Gothic UI" w:hAnsi="Yu Gothic UI"/>
        </w:rPr>
      </w:pPr>
      <w:r w:rsidRPr="00BA6DDB">
        <w:rPr>
          <w:rFonts w:ascii="Yu Gothic UI" w:eastAsia="Yu Gothic UI" w:hAnsi="Yu Gothic UI"/>
          <w:b/>
          <w:bCs/>
        </w:rPr>
        <w:t>4</w:t>
      </w:r>
      <w:proofErr w:type="gramStart"/>
      <w:r w:rsidRPr="00BA6DDB">
        <w:rPr>
          <w:rFonts w:ascii="Yu Gothic UI" w:eastAsia="Yu Gothic UI" w:hAnsi="Yu Gothic UI"/>
          <w:b/>
          <w:bCs/>
        </w:rPr>
        <w:t xml:space="preserve">.  </w:t>
      </w:r>
      <w:r w:rsidRPr="00BA6DDB">
        <w:rPr>
          <w:rFonts w:ascii="Yu Gothic UI" w:eastAsia="Yu Gothic UI" w:hAnsi="Yu Gothic UI"/>
        </w:rPr>
        <w:t>That</w:t>
      </w:r>
      <w:proofErr w:type="gramEnd"/>
      <w:r w:rsidRPr="00BA6DDB">
        <w:rPr>
          <w:rFonts w:ascii="Yu Gothic UI" w:eastAsia="Yu Gothic UI" w:hAnsi="Yu Gothic UI"/>
        </w:rPr>
        <w:t xml:space="preserve"> my family does NOT own or possess a residential flat / house of One Thousand (1,000) square feet or more.</w:t>
      </w:r>
    </w:p>
    <w:p w14:paraId="78FD0F8D" w14:textId="77777777" w:rsidR="00227AEA" w:rsidRPr="00BA6DDB" w:rsidRDefault="003A52FF">
      <w:pPr>
        <w:spacing w:after="120"/>
        <w:jc w:val="both"/>
        <w:rPr>
          <w:rFonts w:ascii="Yu Gothic UI" w:eastAsia="Yu Gothic UI" w:hAnsi="Yu Gothic UI"/>
        </w:rPr>
      </w:pPr>
      <w:r w:rsidRPr="00BA6DDB">
        <w:rPr>
          <w:rFonts w:ascii="Yu Gothic UI" w:eastAsia="Yu Gothic UI" w:hAnsi="Yu Gothic UI"/>
        </w:rPr>
        <w:t xml:space="preserve">4. </w:t>
      </w:r>
      <w:proofErr w:type="spellStart"/>
      <w:r w:rsidRPr="00BA6DDB">
        <w:rPr>
          <w:rFonts w:ascii="Mangal" w:eastAsia="Yu Gothic UI" w:hAnsi="Mangal" w:cs="Mangal"/>
        </w:rPr>
        <w:t>माझ्या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कुटुंबाकडे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एक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हजार</w:t>
      </w:r>
      <w:proofErr w:type="spellEnd"/>
      <w:r w:rsidRPr="00BA6DDB">
        <w:rPr>
          <w:rFonts w:ascii="Yu Gothic UI" w:eastAsia="Yu Gothic UI" w:hAnsi="Yu Gothic UI"/>
        </w:rPr>
        <w:t xml:space="preserve"> (1,000) </w:t>
      </w:r>
      <w:proofErr w:type="spellStart"/>
      <w:r w:rsidRPr="00BA6DDB">
        <w:rPr>
          <w:rFonts w:ascii="Mangal" w:eastAsia="Yu Gothic UI" w:hAnsi="Mangal" w:cs="Mangal"/>
        </w:rPr>
        <w:t>चौरस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फूट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किंवा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त्यापेक्षा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जास्त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क्षेत्रफळाचे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निवासी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सदनिका</w:t>
      </w:r>
      <w:proofErr w:type="spellEnd"/>
      <w:r w:rsidRPr="00BA6DDB">
        <w:rPr>
          <w:rFonts w:ascii="Yu Gothic UI" w:eastAsia="Yu Gothic UI" w:hAnsi="Yu Gothic UI"/>
        </w:rPr>
        <w:t xml:space="preserve"> / </w:t>
      </w:r>
      <w:proofErr w:type="spellStart"/>
      <w:r w:rsidRPr="00BA6DDB">
        <w:rPr>
          <w:rFonts w:ascii="Mangal" w:eastAsia="Yu Gothic UI" w:hAnsi="Mangal" w:cs="Mangal"/>
        </w:rPr>
        <w:t>घर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नाही</w:t>
      </w:r>
      <w:proofErr w:type="spellEnd"/>
      <w:r w:rsidRPr="00BA6DDB">
        <w:rPr>
          <w:rFonts w:ascii="Yu Gothic UI" w:eastAsia="Yu Gothic UI" w:hAnsi="Yu Gothic UI"/>
        </w:rPr>
        <w:t>.</w:t>
      </w:r>
    </w:p>
    <w:p w14:paraId="1F4A7C27" w14:textId="77777777" w:rsidR="00227AEA" w:rsidRPr="00BA6DDB" w:rsidRDefault="003A52FF">
      <w:pPr>
        <w:spacing w:before="100" w:after="40"/>
        <w:jc w:val="both"/>
        <w:rPr>
          <w:rFonts w:ascii="Yu Gothic UI" w:eastAsia="Yu Gothic UI" w:hAnsi="Yu Gothic UI"/>
        </w:rPr>
      </w:pPr>
      <w:r w:rsidRPr="00BA6DDB">
        <w:rPr>
          <w:rFonts w:ascii="Yu Gothic UI" w:eastAsia="Yu Gothic UI" w:hAnsi="Yu Gothic UI"/>
          <w:b/>
          <w:bCs/>
        </w:rPr>
        <w:t>5</w:t>
      </w:r>
      <w:proofErr w:type="gramStart"/>
      <w:r w:rsidRPr="00BA6DDB">
        <w:rPr>
          <w:rFonts w:ascii="Yu Gothic UI" w:eastAsia="Yu Gothic UI" w:hAnsi="Yu Gothic UI"/>
          <w:b/>
          <w:bCs/>
        </w:rPr>
        <w:t xml:space="preserve">.  </w:t>
      </w:r>
      <w:r w:rsidRPr="00BA6DDB">
        <w:rPr>
          <w:rFonts w:ascii="Yu Gothic UI" w:eastAsia="Yu Gothic UI" w:hAnsi="Yu Gothic UI"/>
        </w:rPr>
        <w:t>That</w:t>
      </w:r>
      <w:proofErr w:type="gramEnd"/>
      <w:r w:rsidRPr="00BA6DDB">
        <w:rPr>
          <w:rFonts w:ascii="Yu Gothic UI" w:eastAsia="Yu Gothic UI" w:hAnsi="Yu Gothic UI"/>
        </w:rPr>
        <w:t xml:space="preserve"> my family does NOT own or possess a residential plot of One Hundred (100) square yards or more in a notified municipality / municipal corporation area.</w:t>
      </w:r>
    </w:p>
    <w:p w14:paraId="07899540" w14:textId="77777777" w:rsidR="00227AEA" w:rsidRPr="00BA6DDB" w:rsidRDefault="003A52FF">
      <w:pPr>
        <w:spacing w:after="120"/>
        <w:jc w:val="both"/>
        <w:rPr>
          <w:rFonts w:ascii="Yu Gothic UI" w:eastAsia="Yu Gothic UI" w:hAnsi="Yu Gothic UI"/>
        </w:rPr>
      </w:pPr>
      <w:r w:rsidRPr="00BA6DDB">
        <w:rPr>
          <w:rFonts w:ascii="Yu Gothic UI" w:eastAsia="Yu Gothic UI" w:hAnsi="Yu Gothic UI"/>
        </w:rPr>
        <w:t xml:space="preserve">5. </w:t>
      </w:r>
      <w:proofErr w:type="spellStart"/>
      <w:r w:rsidRPr="00BA6DDB">
        <w:rPr>
          <w:rFonts w:ascii="Mangal" w:eastAsia="Yu Gothic UI" w:hAnsi="Mangal" w:cs="Mangal"/>
        </w:rPr>
        <w:t>अधिसूचित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महानगरपालिका</w:t>
      </w:r>
      <w:proofErr w:type="spellEnd"/>
      <w:r w:rsidRPr="00BA6DDB">
        <w:rPr>
          <w:rFonts w:ascii="Yu Gothic UI" w:eastAsia="Yu Gothic UI" w:hAnsi="Yu Gothic UI"/>
        </w:rPr>
        <w:t xml:space="preserve"> / </w:t>
      </w:r>
      <w:proofErr w:type="spellStart"/>
      <w:r w:rsidRPr="00BA6DDB">
        <w:rPr>
          <w:rFonts w:ascii="Mangal" w:eastAsia="Yu Gothic UI" w:hAnsi="Mangal" w:cs="Mangal"/>
        </w:rPr>
        <w:t>नगरपालिका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क्षेत्रात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माझ्या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कुटुंबाकडे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एकशे</w:t>
      </w:r>
      <w:proofErr w:type="spellEnd"/>
      <w:r w:rsidRPr="00BA6DDB">
        <w:rPr>
          <w:rFonts w:ascii="Yu Gothic UI" w:eastAsia="Yu Gothic UI" w:hAnsi="Yu Gothic UI"/>
        </w:rPr>
        <w:t xml:space="preserve"> (100) </w:t>
      </w:r>
      <w:proofErr w:type="spellStart"/>
      <w:r w:rsidRPr="00BA6DDB">
        <w:rPr>
          <w:rFonts w:ascii="Mangal" w:eastAsia="Yu Gothic UI" w:hAnsi="Mangal" w:cs="Mangal"/>
        </w:rPr>
        <w:t>चौरस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यार्ड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किंवा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त्यापेक्षा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जास्त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क्षेत्रफळाचा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निवासी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भूखंड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नाही</w:t>
      </w:r>
      <w:proofErr w:type="spellEnd"/>
      <w:r w:rsidRPr="00BA6DDB">
        <w:rPr>
          <w:rFonts w:ascii="Yu Gothic UI" w:eastAsia="Yu Gothic UI" w:hAnsi="Yu Gothic UI"/>
        </w:rPr>
        <w:t>.</w:t>
      </w:r>
    </w:p>
    <w:p w14:paraId="442F6AC0" w14:textId="77777777" w:rsidR="00227AEA" w:rsidRPr="00BA6DDB" w:rsidRDefault="003A52FF">
      <w:pPr>
        <w:spacing w:before="100" w:after="40"/>
        <w:jc w:val="both"/>
        <w:rPr>
          <w:rFonts w:ascii="Yu Gothic UI" w:eastAsia="Yu Gothic UI" w:hAnsi="Yu Gothic UI"/>
        </w:rPr>
      </w:pPr>
      <w:r w:rsidRPr="00BA6DDB">
        <w:rPr>
          <w:rFonts w:ascii="Yu Gothic UI" w:eastAsia="Yu Gothic UI" w:hAnsi="Yu Gothic UI"/>
          <w:b/>
          <w:bCs/>
        </w:rPr>
        <w:t>6</w:t>
      </w:r>
      <w:proofErr w:type="gramStart"/>
      <w:r w:rsidRPr="00BA6DDB">
        <w:rPr>
          <w:rFonts w:ascii="Yu Gothic UI" w:eastAsia="Yu Gothic UI" w:hAnsi="Yu Gothic UI"/>
          <w:b/>
          <w:bCs/>
        </w:rPr>
        <w:t xml:space="preserve">.  </w:t>
      </w:r>
      <w:r w:rsidRPr="00BA6DDB">
        <w:rPr>
          <w:rFonts w:ascii="Yu Gothic UI" w:eastAsia="Yu Gothic UI" w:hAnsi="Yu Gothic UI"/>
        </w:rPr>
        <w:t>That</w:t>
      </w:r>
      <w:proofErr w:type="gramEnd"/>
      <w:r w:rsidRPr="00BA6DDB">
        <w:rPr>
          <w:rFonts w:ascii="Yu Gothic UI" w:eastAsia="Yu Gothic UI" w:hAnsi="Yu Gothic UI"/>
        </w:rPr>
        <w:t xml:space="preserve"> my family does NOT own or possess a residential plot of Two Hundred (200) square yards or more in an area other than a notified municipality.</w:t>
      </w:r>
    </w:p>
    <w:p w14:paraId="6A1F31EC" w14:textId="77777777" w:rsidR="00227AEA" w:rsidRPr="00BA6DDB" w:rsidRDefault="003A52FF">
      <w:pPr>
        <w:spacing w:after="120"/>
        <w:jc w:val="both"/>
        <w:rPr>
          <w:rFonts w:ascii="Yu Gothic UI" w:eastAsia="Yu Gothic UI" w:hAnsi="Yu Gothic UI"/>
        </w:rPr>
      </w:pPr>
      <w:r w:rsidRPr="00BA6DDB">
        <w:rPr>
          <w:rFonts w:ascii="Yu Gothic UI" w:eastAsia="Yu Gothic UI" w:hAnsi="Yu Gothic UI"/>
        </w:rPr>
        <w:lastRenderedPageBreak/>
        <w:t xml:space="preserve">6. </w:t>
      </w:r>
      <w:proofErr w:type="spellStart"/>
      <w:r w:rsidRPr="00BA6DDB">
        <w:rPr>
          <w:rFonts w:ascii="Mangal" w:eastAsia="Yu Gothic UI" w:hAnsi="Mangal" w:cs="Mangal"/>
        </w:rPr>
        <w:t>अधिसूचित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महानगरपालिका</w:t>
      </w:r>
      <w:proofErr w:type="spellEnd"/>
      <w:r w:rsidRPr="00BA6DDB">
        <w:rPr>
          <w:rFonts w:ascii="Yu Gothic UI" w:eastAsia="Yu Gothic UI" w:hAnsi="Yu Gothic UI"/>
        </w:rPr>
        <w:t xml:space="preserve"> / </w:t>
      </w:r>
      <w:proofErr w:type="spellStart"/>
      <w:r w:rsidRPr="00BA6DDB">
        <w:rPr>
          <w:rFonts w:ascii="Mangal" w:eastAsia="Yu Gothic UI" w:hAnsi="Mangal" w:cs="Mangal"/>
        </w:rPr>
        <w:t>नगरपालिका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व्यतिरिक्त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इतर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क्षेत्रात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माझ्या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कुटुंबाकडे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दोनशे</w:t>
      </w:r>
      <w:proofErr w:type="spellEnd"/>
      <w:r w:rsidRPr="00BA6DDB">
        <w:rPr>
          <w:rFonts w:ascii="Yu Gothic UI" w:eastAsia="Yu Gothic UI" w:hAnsi="Yu Gothic UI"/>
        </w:rPr>
        <w:t xml:space="preserve"> (200) </w:t>
      </w:r>
      <w:proofErr w:type="spellStart"/>
      <w:r w:rsidRPr="00BA6DDB">
        <w:rPr>
          <w:rFonts w:ascii="Mangal" w:eastAsia="Yu Gothic UI" w:hAnsi="Mangal" w:cs="Mangal"/>
        </w:rPr>
        <w:t>चौरस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यार्ड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किंवा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त्यापेक्षा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जास्त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क्षेत्रफळाचा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निवासी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भूखंड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नाही</w:t>
      </w:r>
      <w:proofErr w:type="spellEnd"/>
      <w:r w:rsidRPr="00BA6DDB">
        <w:rPr>
          <w:rFonts w:ascii="Yu Gothic UI" w:eastAsia="Yu Gothic UI" w:hAnsi="Yu Gothic UI"/>
        </w:rPr>
        <w:t>.</w:t>
      </w:r>
    </w:p>
    <w:p w14:paraId="49CB1356" w14:textId="77777777" w:rsidR="00227AEA" w:rsidRPr="00BA6DDB" w:rsidRDefault="003A52FF">
      <w:pPr>
        <w:spacing w:before="100" w:after="40"/>
        <w:jc w:val="both"/>
        <w:rPr>
          <w:rFonts w:ascii="Yu Gothic UI" w:eastAsia="Yu Gothic UI" w:hAnsi="Yu Gothic UI"/>
        </w:rPr>
      </w:pPr>
      <w:r w:rsidRPr="00BA6DDB">
        <w:rPr>
          <w:rFonts w:ascii="Yu Gothic UI" w:eastAsia="Yu Gothic UI" w:hAnsi="Yu Gothic UI"/>
          <w:b/>
          <w:bCs/>
        </w:rPr>
        <w:t>7</w:t>
      </w:r>
      <w:proofErr w:type="gramStart"/>
      <w:r w:rsidRPr="00BA6DDB">
        <w:rPr>
          <w:rFonts w:ascii="Yu Gothic UI" w:eastAsia="Yu Gothic UI" w:hAnsi="Yu Gothic UI"/>
          <w:b/>
          <w:bCs/>
        </w:rPr>
        <w:t xml:space="preserve">.  </w:t>
      </w:r>
      <w:r w:rsidRPr="00BA6DDB">
        <w:rPr>
          <w:rFonts w:ascii="Yu Gothic UI" w:eastAsia="Yu Gothic UI" w:hAnsi="Yu Gothic UI"/>
        </w:rPr>
        <w:t>That</w:t>
      </w:r>
      <w:proofErr w:type="gramEnd"/>
      <w:r w:rsidRPr="00BA6DDB">
        <w:rPr>
          <w:rFonts w:ascii="Yu Gothic UI" w:eastAsia="Yu Gothic UI" w:hAnsi="Yu Gothic UI"/>
        </w:rPr>
        <w:t xml:space="preserve"> my family for the purpose of this declaration comprises: myself, my parents, my siblings below 18 years of age, my spouse (if married), and my children below 18 years of age. The family composition is as follows:</w:t>
      </w:r>
    </w:p>
    <w:p w14:paraId="0EB1939A" w14:textId="77777777" w:rsidR="00227AEA" w:rsidRPr="00BA6DDB" w:rsidRDefault="003A52FF">
      <w:pPr>
        <w:spacing w:after="120"/>
        <w:jc w:val="both"/>
        <w:rPr>
          <w:rFonts w:ascii="Yu Gothic UI" w:eastAsia="Yu Gothic UI" w:hAnsi="Yu Gothic UI"/>
        </w:rPr>
      </w:pPr>
      <w:r w:rsidRPr="00BA6DDB">
        <w:rPr>
          <w:rFonts w:ascii="Yu Gothic UI" w:eastAsia="Yu Gothic UI" w:hAnsi="Yu Gothic UI"/>
        </w:rPr>
        <w:t xml:space="preserve">7. </w:t>
      </w:r>
      <w:proofErr w:type="spellStart"/>
      <w:r w:rsidRPr="00BA6DDB">
        <w:rPr>
          <w:rFonts w:ascii="Mangal" w:eastAsia="Yu Gothic UI" w:hAnsi="Mangal" w:cs="Mangal"/>
        </w:rPr>
        <w:t>या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शपथपत्राच्या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उद्देशासाठी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माझ्या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कुटुंबात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समाविष्ट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आहेत</w:t>
      </w:r>
      <w:proofErr w:type="spellEnd"/>
      <w:r w:rsidRPr="00BA6DDB">
        <w:rPr>
          <w:rFonts w:ascii="Yu Gothic UI" w:eastAsia="Yu Gothic UI" w:hAnsi="Yu Gothic UI"/>
        </w:rPr>
        <w:t xml:space="preserve">: </w:t>
      </w:r>
      <w:proofErr w:type="spellStart"/>
      <w:r w:rsidRPr="00BA6DDB">
        <w:rPr>
          <w:rFonts w:ascii="Mangal" w:eastAsia="Yu Gothic UI" w:hAnsi="Mangal" w:cs="Mangal"/>
        </w:rPr>
        <w:t>मी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स्वतः</w:t>
      </w:r>
      <w:proofErr w:type="spellEnd"/>
      <w:r w:rsidRPr="00BA6DDB">
        <w:rPr>
          <w:rFonts w:ascii="Yu Gothic UI" w:eastAsia="Yu Gothic UI" w:hAnsi="Yu Gothic UI"/>
        </w:rPr>
        <w:t xml:space="preserve">, </w:t>
      </w:r>
      <w:proofErr w:type="spellStart"/>
      <w:r w:rsidRPr="00BA6DDB">
        <w:rPr>
          <w:rFonts w:ascii="Mangal" w:eastAsia="Yu Gothic UI" w:hAnsi="Mangal" w:cs="Mangal"/>
        </w:rPr>
        <w:t>माझे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आई</w:t>
      </w:r>
      <w:r w:rsidRPr="00BA6DDB">
        <w:rPr>
          <w:rFonts w:ascii="Yu Gothic UI" w:eastAsia="Yu Gothic UI" w:hAnsi="Yu Gothic UI"/>
        </w:rPr>
        <w:t>-</w:t>
      </w:r>
      <w:r w:rsidRPr="00BA6DDB">
        <w:rPr>
          <w:rFonts w:ascii="Mangal" w:eastAsia="Yu Gothic UI" w:hAnsi="Mangal" w:cs="Mangal"/>
        </w:rPr>
        <w:t>वडील</w:t>
      </w:r>
      <w:proofErr w:type="spellEnd"/>
      <w:r w:rsidRPr="00BA6DDB">
        <w:rPr>
          <w:rFonts w:ascii="Yu Gothic UI" w:eastAsia="Yu Gothic UI" w:hAnsi="Yu Gothic UI"/>
        </w:rPr>
        <w:t xml:space="preserve">, 18 </w:t>
      </w:r>
      <w:proofErr w:type="spellStart"/>
      <w:r w:rsidRPr="00BA6DDB">
        <w:rPr>
          <w:rFonts w:ascii="Mangal" w:eastAsia="Yu Gothic UI" w:hAnsi="Mangal" w:cs="Mangal"/>
        </w:rPr>
        <w:t>वर्षांखालील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भाऊ</w:t>
      </w:r>
      <w:r w:rsidRPr="00BA6DDB">
        <w:rPr>
          <w:rFonts w:ascii="Yu Gothic UI" w:eastAsia="Yu Gothic UI" w:hAnsi="Yu Gothic UI"/>
        </w:rPr>
        <w:t>-</w:t>
      </w:r>
      <w:r w:rsidRPr="00BA6DDB">
        <w:rPr>
          <w:rFonts w:ascii="Mangal" w:eastAsia="Yu Gothic UI" w:hAnsi="Mangal" w:cs="Mangal"/>
        </w:rPr>
        <w:t>बहीण</w:t>
      </w:r>
      <w:proofErr w:type="spellEnd"/>
      <w:r w:rsidRPr="00BA6DDB">
        <w:rPr>
          <w:rFonts w:ascii="Yu Gothic UI" w:eastAsia="Yu Gothic UI" w:hAnsi="Yu Gothic UI"/>
        </w:rPr>
        <w:t xml:space="preserve">, </w:t>
      </w:r>
      <w:proofErr w:type="spellStart"/>
      <w:r w:rsidRPr="00BA6DDB">
        <w:rPr>
          <w:rFonts w:ascii="Mangal" w:eastAsia="Yu Gothic UI" w:hAnsi="Mangal" w:cs="Mangal"/>
        </w:rPr>
        <w:t>माझी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पत्नी</w:t>
      </w:r>
      <w:proofErr w:type="spellEnd"/>
      <w:r w:rsidRPr="00BA6DDB">
        <w:rPr>
          <w:rFonts w:ascii="Yu Gothic UI" w:eastAsia="Yu Gothic UI" w:hAnsi="Yu Gothic UI"/>
        </w:rPr>
        <w:t>/</w:t>
      </w:r>
      <w:proofErr w:type="spellStart"/>
      <w:r w:rsidRPr="00BA6DDB">
        <w:rPr>
          <w:rFonts w:ascii="Mangal" w:eastAsia="Yu Gothic UI" w:hAnsi="Mangal" w:cs="Mangal"/>
        </w:rPr>
        <w:t>पती</w:t>
      </w:r>
      <w:proofErr w:type="spellEnd"/>
      <w:r w:rsidRPr="00BA6DDB">
        <w:rPr>
          <w:rFonts w:ascii="Yu Gothic UI" w:eastAsia="Yu Gothic UI" w:hAnsi="Yu Gothic UI"/>
        </w:rPr>
        <w:t xml:space="preserve"> (</w:t>
      </w:r>
      <w:proofErr w:type="spellStart"/>
      <w:r w:rsidRPr="00BA6DDB">
        <w:rPr>
          <w:rFonts w:ascii="Mangal" w:eastAsia="Yu Gothic UI" w:hAnsi="Mangal" w:cs="Mangal"/>
        </w:rPr>
        <w:t>विवाहित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असल्यास</w:t>
      </w:r>
      <w:proofErr w:type="spellEnd"/>
      <w:r w:rsidRPr="00BA6DDB">
        <w:rPr>
          <w:rFonts w:ascii="Yu Gothic UI" w:eastAsia="Yu Gothic UI" w:hAnsi="Yu Gothic UI"/>
        </w:rPr>
        <w:t xml:space="preserve">) </w:t>
      </w:r>
      <w:proofErr w:type="spellStart"/>
      <w:r w:rsidRPr="00BA6DDB">
        <w:rPr>
          <w:rFonts w:ascii="Mangal" w:eastAsia="Yu Gothic UI" w:hAnsi="Mangal" w:cs="Mangal"/>
        </w:rPr>
        <w:t>आणि</w:t>
      </w:r>
      <w:proofErr w:type="spellEnd"/>
      <w:r w:rsidRPr="00BA6DDB">
        <w:rPr>
          <w:rFonts w:ascii="Yu Gothic UI" w:eastAsia="Yu Gothic UI" w:hAnsi="Yu Gothic UI"/>
        </w:rPr>
        <w:t xml:space="preserve"> 18 </w:t>
      </w:r>
      <w:proofErr w:type="spellStart"/>
      <w:r w:rsidRPr="00BA6DDB">
        <w:rPr>
          <w:rFonts w:ascii="Mangal" w:eastAsia="Yu Gothic UI" w:hAnsi="Mangal" w:cs="Mangal"/>
        </w:rPr>
        <w:t>वर्षांखालील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मुले</w:t>
      </w:r>
      <w:proofErr w:type="spellEnd"/>
      <w:r w:rsidRPr="00BA6DDB">
        <w:rPr>
          <w:rFonts w:ascii="Yu Gothic UI" w:eastAsia="Yu Gothic UI" w:hAnsi="Yu Gothic UI"/>
        </w:rPr>
        <w:t xml:space="preserve">. </w:t>
      </w:r>
      <w:proofErr w:type="spellStart"/>
      <w:r w:rsidRPr="00BA6DDB">
        <w:rPr>
          <w:rFonts w:ascii="Mangal" w:eastAsia="Yu Gothic UI" w:hAnsi="Mangal" w:cs="Mangal"/>
        </w:rPr>
        <w:t>कुटुंबाची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रचना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खालीलप्रमाणे</w:t>
      </w:r>
      <w:proofErr w:type="spellEnd"/>
      <w:r w:rsidRPr="00BA6DDB">
        <w:rPr>
          <w:rFonts w:ascii="Yu Gothic UI" w:eastAsia="Yu Gothic UI" w:hAnsi="Yu Gothic UI"/>
        </w:rPr>
        <w:t>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2760"/>
        <w:gridCol w:w="2400"/>
        <w:gridCol w:w="1800"/>
        <w:gridCol w:w="1800"/>
      </w:tblGrid>
      <w:tr w:rsidR="00227AEA" w:rsidRPr="00BA6DDB" w14:paraId="2590FC78" w14:textId="77777777">
        <w:trPr>
          <w:tblHeader/>
        </w:trPr>
        <w:tc>
          <w:tcPr>
            <w:tcW w:w="600" w:type="dxa"/>
            <w:shd w:val="clear" w:color="auto" w:fill="D9D9D9"/>
          </w:tcPr>
          <w:p w14:paraId="4D7827C0" w14:textId="77777777" w:rsidR="00227AEA" w:rsidRPr="00BA6DDB" w:rsidRDefault="003A52FF">
            <w:pPr>
              <w:jc w:val="center"/>
              <w:rPr>
                <w:rFonts w:ascii="Yu Gothic UI" w:eastAsia="Yu Gothic UI" w:hAnsi="Yu Gothic UI"/>
              </w:rPr>
            </w:pPr>
            <w:r w:rsidRPr="00BA6DDB">
              <w:rPr>
                <w:rFonts w:ascii="Yu Gothic UI" w:eastAsia="Yu Gothic UI" w:hAnsi="Yu Gothic UI"/>
                <w:b/>
                <w:bCs/>
              </w:rPr>
              <w:t xml:space="preserve">Sr. </w:t>
            </w:r>
            <w:proofErr w:type="spellStart"/>
            <w:r w:rsidRPr="00BA6DDB">
              <w:rPr>
                <w:rFonts w:ascii="Mangal" w:eastAsia="Yu Gothic UI" w:hAnsi="Mangal" w:cs="Mangal"/>
                <w:b/>
                <w:bCs/>
              </w:rPr>
              <w:t>क्र</w:t>
            </w:r>
            <w:proofErr w:type="spellEnd"/>
            <w:r w:rsidRPr="00BA6DDB">
              <w:rPr>
                <w:rFonts w:ascii="Yu Gothic UI" w:eastAsia="Yu Gothic UI" w:hAnsi="Yu Gothic UI"/>
                <w:b/>
                <w:bCs/>
              </w:rPr>
              <w:t>.</w:t>
            </w:r>
          </w:p>
        </w:tc>
        <w:tc>
          <w:tcPr>
            <w:tcW w:w="2760" w:type="dxa"/>
            <w:shd w:val="clear" w:color="auto" w:fill="D9D9D9"/>
          </w:tcPr>
          <w:p w14:paraId="1599E26B" w14:textId="77777777" w:rsidR="00227AEA" w:rsidRPr="00BA6DDB" w:rsidRDefault="003A52FF">
            <w:pPr>
              <w:jc w:val="center"/>
              <w:rPr>
                <w:rFonts w:ascii="Yu Gothic UI" w:eastAsia="Yu Gothic UI" w:hAnsi="Yu Gothic UI"/>
              </w:rPr>
            </w:pPr>
            <w:r w:rsidRPr="00BA6DDB">
              <w:rPr>
                <w:rFonts w:ascii="Yu Gothic UI" w:eastAsia="Yu Gothic UI" w:hAnsi="Yu Gothic UI"/>
                <w:b/>
                <w:bCs/>
              </w:rPr>
              <w:t xml:space="preserve">Name / </w:t>
            </w:r>
            <w:proofErr w:type="spellStart"/>
            <w:r w:rsidRPr="00BA6DDB">
              <w:rPr>
                <w:rFonts w:ascii="Mangal" w:eastAsia="Yu Gothic UI" w:hAnsi="Mangal" w:cs="Mangal"/>
                <w:b/>
                <w:bCs/>
              </w:rPr>
              <w:t>नाव</w:t>
            </w:r>
            <w:proofErr w:type="spellEnd"/>
          </w:p>
        </w:tc>
        <w:tc>
          <w:tcPr>
            <w:tcW w:w="2400" w:type="dxa"/>
            <w:shd w:val="clear" w:color="auto" w:fill="D9D9D9"/>
          </w:tcPr>
          <w:p w14:paraId="4B8FEB67" w14:textId="77777777" w:rsidR="00227AEA" w:rsidRPr="00BA6DDB" w:rsidRDefault="003A52FF">
            <w:pPr>
              <w:jc w:val="center"/>
              <w:rPr>
                <w:rFonts w:ascii="Yu Gothic UI" w:eastAsia="Yu Gothic UI" w:hAnsi="Yu Gothic UI"/>
              </w:rPr>
            </w:pPr>
            <w:r w:rsidRPr="00BA6DDB">
              <w:rPr>
                <w:rFonts w:ascii="Yu Gothic UI" w:eastAsia="Yu Gothic UI" w:hAnsi="Yu Gothic UI"/>
                <w:b/>
                <w:bCs/>
              </w:rPr>
              <w:t xml:space="preserve">Relation / </w:t>
            </w:r>
            <w:proofErr w:type="spellStart"/>
            <w:r w:rsidRPr="00BA6DDB">
              <w:rPr>
                <w:rFonts w:ascii="Mangal" w:eastAsia="Yu Gothic UI" w:hAnsi="Mangal" w:cs="Mangal"/>
                <w:b/>
                <w:bCs/>
              </w:rPr>
              <w:t>नाते</w:t>
            </w:r>
            <w:proofErr w:type="spellEnd"/>
          </w:p>
        </w:tc>
        <w:tc>
          <w:tcPr>
            <w:tcW w:w="1800" w:type="dxa"/>
            <w:shd w:val="clear" w:color="auto" w:fill="D9D9D9"/>
          </w:tcPr>
          <w:p w14:paraId="6B46A1A9" w14:textId="77777777" w:rsidR="00227AEA" w:rsidRPr="00BA6DDB" w:rsidRDefault="003A52FF">
            <w:pPr>
              <w:jc w:val="center"/>
              <w:rPr>
                <w:rFonts w:ascii="Yu Gothic UI" w:eastAsia="Yu Gothic UI" w:hAnsi="Yu Gothic UI"/>
              </w:rPr>
            </w:pPr>
            <w:r w:rsidRPr="00BA6DDB">
              <w:rPr>
                <w:rFonts w:ascii="Yu Gothic UI" w:eastAsia="Yu Gothic UI" w:hAnsi="Yu Gothic UI"/>
                <w:b/>
                <w:bCs/>
              </w:rPr>
              <w:t xml:space="preserve">Age / </w:t>
            </w:r>
            <w:proofErr w:type="spellStart"/>
            <w:r w:rsidRPr="00BA6DDB">
              <w:rPr>
                <w:rFonts w:ascii="Mangal" w:eastAsia="Yu Gothic UI" w:hAnsi="Mangal" w:cs="Mangal"/>
                <w:b/>
                <w:bCs/>
              </w:rPr>
              <w:t>वय</w:t>
            </w:r>
            <w:proofErr w:type="spellEnd"/>
          </w:p>
        </w:tc>
        <w:tc>
          <w:tcPr>
            <w:tcW w:w="1800" w:type="dxa"/>
            <w:shd w:val="clear" w:color="auto" w:fill="D9D9D9"/>
          </w:tcPr>
          <w:p w14:paraId="0FB4C908" w14:textId="77777777" w:rsidR="00227AEA" w:rsidRPr="00BA6DDB" w:rsidRDefault="003A52FF">
            <w:pPr>
              <w:jc w:val="center"/>
              <w:rPr>
                <w:rFonts w:ascii="Yu Gothic UI" w:eastAsia="Yu Gothic UI" w:hAnsi="Yu Gothic UI"/>
              </w:rPr>
            </w:pPr>
            <w:r w:rsidRPr="00BA6DDB">
              <w:rPr>
                <w:rFonts w:ascii="Yu Gothic UI" w:eastAsia="Yu Gothic UI" w:hAnsi="Yu Gothic UI"/>
                <w:b/>
                <w:bCs/>
              </w:rPr>
              <w:t xml:space="preserve">Occupation / </w:t>
            </w:r>
            <w:proofErr w:type="spellStart"/>
            <w:r w:rsidRPr="00BA6DDB">
              <w:rPr>
                <w:rFonts w:ascii="Mangal" w:eastAsia="Yu Gothic UI" w:hAnsi="Mangal" w:cs="Mangal"/>
                <w:b/>
                <w:bCs/>
              </w:rPr>
              <w:t>व्यवसाय</w:t>
            </w:r>
            <w:proofErr w:type="spellEnd"/>
          </w:p>
        </w:tc>
      </w:tr>
      <w:tr w:rsidR="003F4510" w:rsidRPr="00BA6DDB" w14:paraId="774D887E" w14:textId="77777777">
        <w:trPr>
          <w:tblHeader/>
        </w:trPr>
        <w:tc>
          <w:tcPr>
            <w:tcW w:w="600" w:type="dxa"/>
            <w:shd w:val="clear" w:color="auto" w:fill="D9D9D9"/>
          </w:tcPr>
          <w:p w14:paraId="36D939E1" w14:textId="77777777" w:rsidR="003F4510" w:rsidRPr="00BA6DDB" w:rsidRDefault="003F4510">
            <w:pPr>
              <w:jc w:val="center"/>
              <w:rPr>
                <w:rFonts w:ascii="Yu Gothic UI" w:eastAsia="Yu Gothic UI" w:hAnsi="Yu Gothic UI"/>
                <w:b/>
                <w:bCs/>
              </w:rPr>
            </w:pPr>
          </w:p>
        </w:tc>
        <w:tc>
          <w:tcPr>
            <w:tcW w:w="2760" w:type="dxa"/>
            <w:shd w:val="clear" w:color="auto" w:fill="D9D9D9"/>
          </w:tcPr>
          <w:p w14:paraId="468E2E00" w14:textId="77777777" w:rsidR="003F4510" w:rsidRPr="00BA6DDB" w:rsidRDefault="003F4510">
            <w:pPr>
              <w:jc w:val="center"/>
              <w:rPr>
                <w:rFonts w:ascii="Yu Gothic UI" w:eastAsia="Yu Gothic UI" w:hAnsi="Yu Gothic UI"/>
                <w:b/>
                <w:bCs/>
              </w:rPr>
            </w:pPr>
          </w:p>
        </w:tc>
        <w:tc>
          <w:tcPr>
            <w:tcW w:w="2400" w:type="dxa"/>
            <w:shd w:val="clear" w:color="auto" w:fill="D9D9D9"/>
          </w:tcPr>
          <w:p w14:paraId="578797DB" w14:textId="77777777" w:rsidR="003F4510" w:rsidRPr="00BA6DDB" w:rsidRDefault="003F4510">
            <w:pPr>
              <w:jc w:val="center"/>
              <w:rPr>
                <w:rFonts w:ascii="Yu Gothic UI" w:eastAsia="Yu Gothic UI" w:hAnsi="Yu Gothic UI"/>
                <w:b/>
                <w:bCs/>
              </w:rPr>
            </w:pPr>
          </w:p>
        </w:tc>
        <w:tc>
          <w:tcPr>
            <w:tcW w:w="1800" w:type="dxa"/>
            <w:shd w:val="clear" w:color="auto" w:fill="D9D9D9"/>
          </w:tcPr>
          <w:p w14:paraId="07D98EF1" w14:textId="77777777" w:rsidR="003F4510" w:rsidRPr="00BA6DDB" w:rsidRDefault="003F4510">
            <w:pPr>
              <w:jc w:val="center"/>
              <w:rPr>
                <w:rFonts w:ascii="Yu Gothic UI" w:eastAsia="Yu Gothic UI" w:hAnsi="Yu Gothic UI"/>
                <w:b/>
                <w:bCs/>
              </w:rPr>
            </w:pPr>
          </w:p>
        </w:tc>
        <w:tc>
          <w:tcPr>
            <w:tcW w:w="1800" w:type="dxa"/>
            <w:shd w:val="clear" w:color="auto" w:fill="D9D9D9"/>
          </w:tcPr>
          <w:p w14:paraId="404D79FC" w14:textId="77777777" w:rsidR="003F4510" w:rsidRPr="00BA6DDB" w:rsidRDefault="003F4510">
            <w:pPr>
              <w:jc w:val="center"/>
              <w:rPr>
                <w:rFonts w:ascii="Yu Gothic UI" w:eastAsia="Yu Gothic UI" w:hAnsi="Yu Gothic UI"/>
                <w:b/>
                <w:bCs/>
              </w:rPr>
            </w:pPr>
          </w:p>
        </w:tc>
      </w:tr>
      <w:tr w:rsidR="003F4510" w:rsidRPr="00BA6DDB" w14:paraId="14D8E052" w14:textId="77777777">
        <w:trPr>
          <w:tblHeader/>
        </w:trPr>
        <w:tc>
          <w:tcPr>
            <w:tcW w:w="600" w:type="dxa"/>
            <w:shd w:val="clear" w:color="auto" w:fill="D9D9D9"/>
          </w:tcPr>
          <w:p w14:paraId="3CA7AE03" w14:textId="77777777" w:rsidR="003F4510" w:rsidRPr="00BA6DDB" w:rsidRDefault="003F4510">
            <w:pPr>
              <w:jc w:val="center"/>
              <w:rPr>
                <w:rFonts w:ascii="Yu Gothic UI" w:eastAsia="Yu Gothic UI" w:hAnsi="Yu Gothic UI"/>
                <w:b/>
                <w:bCs/>
              </w:rPr>
            </w:pPr>
          </w:p>
        </w:tc>
        <w:tc>
          <w:tcPr>
            <w:tcW w:w="2760" w:type="dxa"/>
            <w:shd w:val="clear" w:color="auto" w:fill="D9D9D9"/>
          </w:tcPr>
          <w:p w14:paraId="07CB7BE4" w14:textId="77777777" w:rsidR="003F4510" w:rsidRPr="00BA6DDB" w:rsidRDefault="003F4510">
            <w:pPr>
              <w:jc w:val="center"/>
              <w:rPr>
                <w:rFonts w:ascii="Yu Gothic UI" w:eastAsia="Yu Gothic UI" w:hAnsi="Yu Gothic UI"/>
                <w:b/>
                <w:bCs/>
              </w:rPr>
            </w:pPr>
          </w:p>
        </w:tc>
        <w:tc>
          <w:tcPr>
            <w:tcW w:w="2400" w:type="dxa"/>
            <w:shd w:val="clear" w:color="auto" w:fill="D9D9D9"/>
          </w:tcPr>
          <w:p w14:paraId="245C824B" w14:textId="77777777" w:rsidR="003F4510" w:rsidRPr="00BA6DDB" w:rsidRDefault="003F4510">
            <w:pPr>
              <w:jc w:val="center"/>
              <w:rPr>
                <w:rFonts w:ascii="Yu Gothic UI" w:eastAsia="Yu Gothic UI" w:hAnsi="Yu Gothic UI"/>
                <w:b/>
                <w:bCs/>
              </w:rPr>
            </w:pPr>
          </w:p>
        </w:tc>
        <w:tc>
          <w:tcPr>
            <w:tcW w:w="1800" w:type="dxa"/>
            <w:shd w:val="clear" w:color="auto" w:fill="D9D9D9"/>
          </w:tcPr>
          <w:p w14:paraId="0BFF2E06" w14:textId="77777777" w:rsidR="003F4510" w:rsidRPr="00BA6DDB" w:rsidRDefault="003F4510">
            <w:pPr>
              <w:jc w:val="center"/>
              <w:rPr>
                <w:rFonts w:ascii="Yu Gothic UI" w:eastAsia="Yu Gothic UI" w:hAnsi="Yu Gothic UI"/>
                <w:b/>
                <w:bCs/>
              </w:rPr>
            </w:pPr>
          </w:p>
        </w:tc>
        <w:tc>
          <w:tcPr>
            <w:tcW w:w="1800" w:type="dxa"/>
            <w:shd w:val="clear" w:color="auto" w:fill="D9D9D9"/>
          </w:tcPr>
          <w:p w14:paraId="57954730" w14:textId="77777777" w:rsidR="003F4510" w:rsidRPr="00BA6DDB" w:rsidRDefault="003F4510">
            <w:pPr>
              <w:jc w:val="center"/>
              <w:rPr>
                <w:rFonts w:ascii="Yu Gothic UI" w:eastAsia="Yu Gothic UI" w:hAnsi="Yu Gothic UI"/>
                <w:b/>
                <w:bCs/>
              </w:rPr>
            </w:pPr>
          </w:p>
        </w:tc>
      </w:tr>
      <w:tr w:rsidR="003F4510" w:rsidRPr="00BA6DDB" w14:paraId="4ACD05D2" w14:textId="77777777">
        <w:trPr>
          <w:tblHeader/>
        </w:trPr>
        <w:tc>
          <w:tcPr>
            <w:tcW w:w="600" w:type="dxa"/>
            <w:shd w:val="clear" w:color="auto" w:fill="D9D9D9"/>
          </w:tcPr>
          <w:p w14:paraId="18E11453" w14:textId="77777777" w:rsidR="003F4510" w:rsidRPr="00BA6DDB" w:rsidRDefault="003F4510">
            <w:pPr>
              <w:jc w:val="center"/>
              <w:rPr>
                <w:rFonts w:ascii="Yu Gothic UI" w:eastAsia="Yu Gothic UI" w:hAnsi="Yu Gothic UI"/>
                <w:b/>
                <w:bCs/>
              </w:rPr>
            </w:pPr>
          </w:p>
        </w:tc>
        <w:tc>
          <w:tcPr>
            <w:tcW w:w="2760" w:type="dxa"/>
            <w:shd w:val="clear" w:color="auto" w:fill="D9D9D9"/>
          </w:tcPr>
          <w:p w14:paraId="0DD56310" w14:textId="77777777" w:rsidR="003F4510" w:rsidRPr="00BA6DDB" w:rsidRDefault="003F4510">
            <w:pPr>
              <w:jc w:val="center"/>
              <w:rPr>
                <w:rFonts w:ascii="Yu Gothic UI" w:eastAsia="Yu Gothic UI" w:hAnsi="Yu Gothic UI"/>
                <w:b/>
                <w:bCs/>
              </w:rPr>
            </w:pPr>
          </w:p>
        </w:tc>
        <w:tc>
          <w:tcPr>
            <w:tcW w:w="2400" w:type="dxa"/>
            <w:shd w:val="clear" w:color="auto" w:fill="D9D9D9"/>
          </w:tcPr>
          <w:p w14:paraId="4E46108D" w14:textId="77777777" w:rsidR="003F4510" w:rsidRPr="00BA6DDB" w:rsidRDefault="003F4510">
            <w:pPr>
              <w:jc w:val="center"/>
              <w:rPr>
                <w:rFonts w:ascii="Yu Gothic UI" w:eastAsia="Yu Gothic UI" w:hAnsi="Yu Gothic UI"/>
                <w:b/>
                <w:bCs/>
              </w:rPr>
            </w:pPr>
          </w:p>
        </w:tc>
        <w:tc>
          <w:tcPr>
            <w:tcW w:w="1800" w:type="dxa"/>
            <w:shd w:val="clear" w:color="auto" w:fill="D9D9D9"/>
          </w:tcPr>
          <w:p w14:paraId="70F5C819" w14:textId="77777777" w:rsidR="003F4510" w:rsidRPr="00BA6DDB" w:rsidRDefault="003F4510">
            <w:pPr>
              <w:jc w:val="center"/>
              <w:rPr>
                <w:rFonts w:ascii="Yu Gothic UI" w:eastAsia="Yu Gothic UI" w:hAnsi="Yu Gothic UI"/>
                <w:b/>
                <w:bCs/>
              </w:rPr>
            </w:pPr>
          </w:p>
        </w:tc>
        <w:tc>
          <w:tcPr>
            <w:tcW w:w="1800" w:type="dxa"/>
            <w:shd w:val="clear" w:color="auto" w:fill="D9D9D9"/>
          </w:tcPr>
          <w:p w14:paraId="200A6B8F" w14:textId="77777777" w:rsidR="003F4510" w:rsidRPr="00BA6DDB" w:rsidRDefault="003F4510">
            <w:pPr>
              <w:jc w:val="center"/>
              <w:rPr>
                <w:rFonts w:ascii="Yu Gothic UI" w:eastAsia="Yu Gothic UI" w:hAnsi="Yu Gothic UI"/>
                <w:b/>
                <w:bCs/>
              </w:rPr>
            </w:pPr>
          </w:p>
        </w:tc>
      </w:tr>
      <w:tr w:rsidR="000B4CC5" w14:paraId="169EC809" w14:textId="77777777" w:rsidTr="000B4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3242C9" w14:textId="6037E7A1" w:rsidR="000B4CC5" w:rsidRPr="003A52FF" w:rsidRDefault="000B4CC5">
            <w:pPr>
              <w:rPr>
                <w:kern w:val="2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3905E5" w14:textId="5BBDEC38" w:rsidR="000B4CC5" w:rsidRDefault="000B4CC5"/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A3D2BE" w14:textId="201C0D4B" w:rsidR="000B4CC5" w:rsidRDefault="000B4CC5"/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D8B7D6" w14:textId="6F36ADC4" w:rsidR="000B4CC5" w:rsidRDefault="000B4CC5"/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116D66" w14:textId="1FB528E6" w:rsidR="000B4CC5" w:rsidRDefault="000B4CC5"/>
        </w:tc>
      </w:tr>
    </w:tbl>
    <w:p w14:paraId="646CBCFC" w14:textId="77777777" w:rsidR="00227AEA" w:rsidRPr="00BA6DDB" w:rsidRDefault="00227AEA">
      <w:pPr>
        <w:spacing w:after="120"/>
        <w:rPr>
          <w:rFonts w:ascii="Yu Gothic UI" w:eastAsia="Yu Gothic UI" w:hAnsi="Yu Gothic UI"/>
        </w:rPr>
      </w:pPr>
    </w:p>
    <w:p w14:paraId="3A9B06D5" w14:textId="77777777" w:rsidR="00227AEA" w:rsidRPr="00BA6DDB" w:rsidRDefault="003A52FF">
      <w:pPr>
        <w:spacing w:before="100" w:after="40"/>
        <w:jc w:val="both"/>
        <w:rPr>
          <w:rFonts w:ascii="Yu Gothic UI" w:eastAsia="Yu Gothic UI" w:hAnsi="Yu Gothic UI"/>
        </w:rPr>
      </w:pPr>
      <w:r w:rsidRPr="00BA6DDB">
        <w:rPr>
          <w:rFonts w:ascii="Yu Gothic UI" w:eastAsia="Yu Gothic UI" w:hAnsi="Yu Gothic UI"/>
          <w:b/>
          <w:bCs/>
        </w:rPr>
        <w:t>8</w:t>
      </w:r>
      <w:proofErr w:type="gramStart"/>
      <w:r w:rsidRPr="00BA6DDB">
        <w:rPr>
          <w:rFonts w:ascii="Yu Gothic UI" w:eastAsia="Yu Gothic UI" w:hAnsi="Yu Gothic UI"/>
          <w:b/>
          <w:bCs/>
        </w:rPr>
        <w:t xml:space="preserve">.  </w:t>
      </w:r>
      <w:r w:rsidRPr="00BA6DDB">
        <w:rPr>
          <w:rFonts w:ascii="Yu Gothic UI" w:eastAsia="Yu Gothic UI" w:hAnsi="Yu Gothic UI"/>
        </w:rPr>
        <w:t>That</w:t>
      </w:r>
      <w:proofErr w:type="gramEnd"/>
      <w:r w:rsidRPr="00BA6DDB">
        <w:rPr>
          <w:rFonts w:ascii="Yu Gothic UI" w:eastAsia="Yu Gothic UI" w:hAnsi="Yu Gothic UI"/>
        </w:rPr>
        <w:t xml:space="preserve"> I am aware that making a false statement in this affidavit is a punishable offence under the Bharatiya Nyaya Sanhita, 2023 (Sections 227 and 229). I accept full legal responsibility for the accuracy of the above declarations.</w:t>
      </w:r>
    </w:p>
    <w:p w14:paraId="6861F9CF" w14:textId="77777777" w:rsidR="00227AEA" w:rsidRPr="00BA6DDB" w:rsidRDefault="003A52FF">
      <w:pPr>
        <w:spacing w:after="120"/>
        <w:jc w:val="both"/>
        <w:rPr>
          <w:rFonts w:ascii="Yu Gothic UI" w:eastAsia="Yu Gothic UI" w:hAnsi="Yu Gothic UI"/>
        </w:rPr>
      </w:pPr>
      <w:r w:rsidRPr="00BA6DDB">
        <w:rPr>
          <w:rFonts w:ascii="Yu Gothic UI" w:eastAsia="Yu Gothic UI" w:hAnsi="Yu Gothic UI"/>
        </w:rPr>
        <w:t xml:space="preserve">8. </w:t>
      </w:r>
      <w:proofErr w:type="spellStart"/>
      <w:r w:rsidRPr="00BA6DDB">
        <w:rPr>
          <w:rFonts w:ascii="Mangal" w:eastAsia="Yu Gothic UI" w:hAnsi="Mangal" w:cs="Mangal"/>
        </w:rPr>
        <w:t>मला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माहीत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आहे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की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या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शपथपत्रात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खोटी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माहिती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देणे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भारतीय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न्याय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संहिता</w:t>
      </w:r>
      <w:proofErr w:type="spellEnd"/>
      <w:r w:rsidRPr="00BA6DDB">
        <w:rPr>
          <w:rFonts w:ascii="Yu Gothic UI" w:eastAsia="Yu Gothic UI" w:hAnsi="Yu Gothic UI"/>
        </w:rPr>
        <w:t>, 2023 (</w:t>
      </w:r>
      <w:proofErr w:type="spellStart"/>
      <w:r w:rsidRPr="00BA6DDB">
        <w:rPr>
          <w:rFonts w:ascii="Mangal" w:eastAsia="Yu Gothic UI" w:hAnsi="Mangal" w:cs="Mangal"/>
        </w:rPr>
        <w:t>कलम</w:t>
      </w:r>
      <w:proofErr w:type="spellEnd"/>
      <w:r w:rsidRPr="00BA6DDB">
        <w:rPr>
          <w:rFonts w:ascii="Yu Gothic UI" w:eastAsia="Yu Gothic UI" w:hAnsi="Yu Gothic UI"/>
        </w:rPr>
        <w:t xml:space="preserve"> 227 </w:t>
      </w:r>
      <w:r w:rsidRPr="00BA6DDB">
        <w:rPr>
          <w:rFonts w:ascii="Mangal" w:eastAsia="Yu Gothic UI" w:hAnsi="Mangal" w:cs="Mangal"/>
        </w:rPr>
        <w:t>व</w:t>
      </w:r>
      <w:r w:rsidRPr="00BA6DDB">
        <w:rPr>
          <w:rFonts w:ascii="Yu Gothic UI" w:eastAsia="Yu Gothic UI" w:hAnsi="Yu Gothic UI"/>
        </w:rPr>
        <w:t xml:space="preserve"> 229) </w:t>
      </w:r>
      <w:proofErr w:type="spellStart"/>
      <w:r w:rsidRPr="00BA6DDB">
        <w:rPr>
          <w:rFonts w:ascii="Mangal" w:eastAsia="Yu Gothic UI" w:hAnsi="Mangal" w:cs="Mangal"/>
        </w:rPr>
        <w:t>अंतर्गत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दंडनीय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अपराध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आहे</w:t>
      </w:r>
      <w:proofErr w:type="spellEnd"/>
      <w:r w:rsidRPr="00BA6DDB">
        <w:rPr>
          <w:rFonts w:ascii="Yu Gothic UI" w:eastAsia="Yu Gothic UI" w:hAnsi="Yu Gothic UI"/>
        </w:rPr>
        <w:t xml:space="preserve">. </w:t>
      </w:r>
      <w:proofErr w:type="spellStart"/>
      <w:r w:rsidRPr="00BA6DDB">
        <w:rPr>
          <w:rFonts w:ascii="Mangal" w:eastAsia="Yu Gothic UI" w:hAnsi="Mangal" w:cs="Mangal"/>
        </w:rPr>
        <w:t>वरील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सर्व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घोषणांच्या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अचूकतेची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संपूर्ण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कायदेशीर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जबाबदारी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मी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स्वीकारतो</w:t>
      </w:r>
      <w:proofErr w:type="spellEnd"/>
      <w:r w:rsidRPr="00BA6DDB">
        <w:rPr>
          <w:rFonts w:ascii="Yu Gothic UI" w:eastAsia="Yu Gothic UI" w:hAnsi="Yu Gothic UI"/>
        </w:rPr>
        <w:t>/</w:t>
      </w:r>
      <w:proofErr w:type="spellStart"/>
      <w:r w:rsidRPr="00BA6DDB">
        <w:rPr>
          <w:rFonts w:ascii="Mangal" w:eastAsia="Yu Gothic UI" w:hAnsi="Mangal" w:cs="Mangal"/>
        </w:rPr>
        <w:t>स्वीकारते</w:t>
      </w:r>
      <w:proofErr w:type="spellEnd"/>
      <w:r w:rsidRPr="00BA6DDB">
        <w:rPr>
          <w:rFonts w:ascii="Yu Gothic UI" w:eastAsia="Yu Gothic UI" w:hAnsi="Yu Gothic UI"/>
        </w:rPr>
        <w:t>.</w:t>
      </w:r>
    </w:p>
    <w:p w14:paraId="11B971A3" w14:textId="77777777" w:rsidR="00227AEA" w:rsidRPr="00BA6DDB" w:rsidRDefault="003A52FF">
      <w:pPr>
        <w:spacing w:before="100" w:after="40"/>
        <w:jc w:val="both"/>
        <w:rPr>
          <w:rFonts w:ascii="Yu Gothic UI" w:eastAsia="Yu Gothic UI" w:hAnsi="Yu Gothic UI"/>
        </w:rPr>
      </w:pPr>
      <w:r w:rsidRPr="00BA6DDB">
        <w:rPr>
          <w:rFonts w:ascii="Yu Gothic UI" w:eastAsia="Yu Gothic UI" w:hAnsi="Yu Gothic UI"/>
          <w:b/>
          <w:bCs/>
        </w:rPr>
        <w:t>9</w:t>
      </w:r>
      <w:proofErr w:type="gramStart"/>
      <w:r w:rsidRPr="00BA6DDB">
        <w:rPr>
          <w:rFonts w:ascii="Yu Gothic UI" w:eastAsia="Yu Gothic UI" w:hAnsi="Yu Gothic UI"/>
          <w:b/>
          <w:bCs/>
        </w:rPr>
        <w:t xml:space="preserve">.  </w:t>
      </w:r>
      <w:r w:rsidRPr="00BA6DDB">
        <w:rPr>
          <w:rFonts w:ascii="Yu Gothic UI" w:eastAsia="Yu Gothic UI" w:hAnsi="Yu Gothic UI"/>
        </w:rPr>
        <w:t>That</w:t>
      </w:r>
      <w:proofErr w:type="gramEnd"/>
      <w:r w:rsidRPr="00BA6DDB">
        <w:rPr>
          <w:rFonts w:ascii="Yu Gothic UI" w:eastAsia="Yu Gothic UI" w:hAnsi="Yu Gothic UI"/>
        </w:rPr>
        <w:t xml:space="preserve"> this affidavit is made voluntarily, without any coercion or inducement, for the purpose of applying for an EWS Certificate from the competent authority under the 103rd Constitutional Amendment Act, 2019.</w:t>
      </w:r>
    </w:p>
    <w:p w14:paraId="12494239" w14:textId="77777777" w:rsidR="00227AEA" w:rsidRPr="00BA6DDB" w:rsidRDefault="003A52FF">
      <w:pPr>
        <w:spacing w:after="120"/>
        <w:jc w:val="both"/>
        <w:rPr>
          <w:rFonts w:ascii="Yu Gothic UI" w:eastAsia="Yu Gothic UI" w:hAnsi="Yu Gothic UI"/>
        </w:rPr>
      </w:pPr>
      <w:r w:rsidRPr="00BA6DDB">
        <w:rPr>
          <w:rFonts w:ascii="Yu Gothic UI" w:eastAsia="Yu Gothic UI" w:hAnsi="Yu Gothic UI"/>
        </w:rPr>
        <w:t xml:space="preserve">9. </w:t>
      </w:r>
      <w:proofErr w:type="spellStart"/>
      <w:r w:rsidRPr="00BA6DDB">
        <w:rPr>
          <w:rFonts w:ascii="Mangal" w:eastAsia="Yu Gothic UI" w:hAnsi="Mangal" w:cs="Mangal"/>
        </w:rPr>
        <w:t>हे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शपथपत्र</w:t>
      </w:r>
      <w:proofErr w:type="spellEnd"/>
      <w:r w:rsidRPr="00BA6DDB">
        <w:rPr>
          <w:rFonts w:ascii="Yu Gothic UI" w:eastAsia="Yu Gothic UI" w:hAnsi="Yu Gothic UI"/>
        </w:rPr>
        <w:t xml:space="preserve"> 103 </w:t>
      </w:r>
      <w:proofErr w:type="spellStart"/>
      <w:r w:rsidRPr="00BA6DDB">
        <w:rPr>
          <w:rFonts w:ascii="Mangal" w:eastAsia="Yu Gothic UI" w:hAnsi="Mangal" w:cs="Mangal"/>
        </w:rPr>
        <w:t>व्या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घटनादुरुस्ती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कायदा</w:t>
      </w:r>
      <w:proofErr w:type="spellEnd"/>
      <w:r w:rsidRPr="00BA6DDB">
        <w:rPr>
          <w:rFonts w:ascii="Yu Gothic UI" w:eastAsia="Yu Gothic UI" w:hAnsi="Yu Gothic UI"/>
        </w:rPr>
        <w:t xml:space="preserve">, 2019 </w:t>
      </w:r>
      <w:proofErr w:type="spellStart"/>
      <w:r w:rsidRPr="00BA6DDB">
        <w:rPr>
          <w:rFonts w:ascii="Mangal" w:eastAsia="Yu Gothic UI" w:hAnsi="Mangal" w:cs="Mangal"/>
        </w:rPr>
        <w:t>अंतर्गत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सक्षम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अधिकाऱ्याकडे</w:t>
      </w:r>
      <w:proofErr w:type="spellEnd"/>
      <w:r w:rsidRPr="00BA6DDB">
        <w:rPr>
          <w:rFonts w:ascii="Yu Gothic UI" w:eastAsia="Yu Gothic UI" w:hAnsi="Yu Gothic UI"/>
        </w:rPr>
        <w:t xml:space="preserve"> EWS </w:t>
      </w:r>
      <w:proofErr w:type="spellStart"/>
      <w:r w:rsidRPr="00BA6DDB">
        <w:rPr>
          <w:rFonts w:ascii="Mangal" w:eastAsia="Yu Gothic UI" w:hAnsi="Mangal" w:cs="Mangal"/>
        </w:rPr>
        <w:t>प्रमाणपत्रासाठी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अर्ज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करण्याच्या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उद्देशाने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स्वेच्छेने</w:t>
      </w:r>
      <w:proofErr w:type="spellEnd"/>
      <w:r w:rsidRPr="00BA6DDB">
        <w:rPr>
          <w:rFonts w:ascii="Yu Gothic UI" w:eastAsia="Yu Gothic UI" w:hAnsi="Yu Gothic UI"/>
        </w:rPr>
        <w:t xml:space="preserve">, </w:t>
      </w:r>
      <w:proofErr w:type="spellStart"/>
      <w:r w:rsidRPr="00BA6DDB">
        <w:rPr>
          <w:rFonts w:ascii="Mangal" w:eastAsia="Yu Gothic UI" w:hAnsi="Mangal" w:cs="Mangal"/>
        </w:rPr>
        <w:t>कोणत्याही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दबावाशिवाय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दिले</w:t>
      </w:r>
      <w:proofErr w:type="spellEnd"/>
      <w:r w:rsidRPr="00BA6DDB">
        <w:rPr>
          <w:rFonts w:ascii="Yu Gothic UI" w:eastAsia="Yu Gothic UI" w:hAnsi="Yu Gothic UI"/>
        </w:rPr>
        <w:t xml:space="preserve"> </w:t>
      </w:r>
      <w:proofErr w:type="spellStart"/>
      <w:r w:rsidRPr="00BA6DDB">
        <w:rPr>
          <w:rFonts w:ascii="Mangal" w:eastAsia="Yu Gothic UI" w:hAnsi="Mangal" w:cs="Mangal"/>
        </w:rPr>
        <w:t>आहे</w:t>
      </w:r>
      <w:proofErr w:type="spellEnd"/>
      <w:r w:rsidRPr="00BA6DDB">
        <w:rPr>
          <w:rFonts w:ascii="Yu Gothic UI" w:eastAsia="Yu Gothic UI" w:hAnsi="Yu Gothic UI"/>
        </w:rPr>
        <w:t>.</w:t>
      </w:r>
    </w:p>
    <w:p w14:paraId="1F7E4D8A" w14:textId="77777777" w:rsidR="00227AEA" w:rsidRPr="00BA6DDB" w:rsidRDefault="00227AEA">
      <w:pPr>
        <w:spacing w:after="60"/>
        <w:rPr>
          <w:rFonts w:ascii="Yu Gothic UI" w:eastAsia="Yu Gothic UI" w:hAnsi="Yu Gothic UI"/>
        </w:rPr>
      </w:pPr>
    </w:p>
    <w:p w14:paraId="4B716FE3" w14:textId="77777777" w:rsidR="00227AEA" w:rsidRPr="00BA6DDB" w:rsidRDefault="003A52FF">
      <w:pPr>
        <w:spacing w:before="80" w:after="80"/>
        <w:jc w:val="both"/>
        <w:rPr>
          <w:rFonts w:ascii="Yu Gothic UI" w:eastAsia="Yu Gothic UI" w:hAnsi="Yu Gothic UI"/>
        </w:rPr>
      </w:pPr>
      <w:r w:rsidRPr="00BA6DDB">
        <w:rPr>
          <w:rFonts w:ascii="Yu Gothic UI" w:eastAsia="Yu Gothic UI" w:hAnsi="Yu Gothic UI"/>
          <w:b/>
          <w:bCs/>
        </w:rPr>
        <w:lastRenderedPageBreak/>
        <w:t>I state that the contents of this affidavit are true and correct to the best of my knowledge and belief. Nothing material has been concealed or misstated.</w:t>
      </w:r>
    </w:p>
    <w:p w14:paraId="59DE3F9D" w14:textId="77777777" w:rsidR="00227AEA" w:rsidRPr="00BA6DDB" w:rsidRDefault="003A52FF">
      <w:pPr>
        <w:spacing w:before="80" w:after="80"/>
        <w:jc w:val="both"/>
        <w:rPr>
          <w:rFonts w:ascii="Yu Gothic UI" w:eastAsia="Yu Gothic UI" w:hAnsi="Yu Gothic UI"/>
        </w:rPr>
      </w:pPr>
      <w:proofErr w:type="spellStart"/>
      <w:r w:rsidRPr="00BA6DDB">
        <w:rPr>
          <w:rFonts w:ascii="Mangal" w:eastAsia="Yu Gothic UI" w:hAnsi="Mangal" w:cs="Mangal"/>
          <w:b/>
          <w:bCs/>
        </w:rPr>
        <w:t>मी</w:t>
      </w:r>
      <w:proofErr w:type="spellEnd"/>
      <w:r w:rsidRPr="00BA6DDB">
        <w:rPr>
          <w:rFonts w:ascii="Yu Gothic UI" w:eastAsia="Yu Gothic UI" w:hAnsi="Yu Gothic UI"/>
          <w:b/>
          <w:bCs/>
        </w:rPr>
        <w:t xml:space="preserve"> </w:t>
      </w:r>
      <w:proofErr w:type="spellStart"/>
      <w:r w:rsidRPr="00BA6DDB">
        <w:rPr>
          <w:rFonts w:ascii="Mangal" w:eastAsia="Yu Gothic UI" w:hAnsi="Mangal" w:cs="Mangal"/>
          <w:b/>
          <w:bCs/>
        </w:rPr>
        <w:t>सांगतो</w:t>
      </w:r>
      <w:proofErr w:type="spellEnd"/>
      <w:r w:rsidRPr="00BA6DDB">
        <w:rPr>
          <w:rFonts w:ascii="Yu Gothic UI" w:eastAsia="Yu Gothic UI" w:hAnsi="Yu Gothic UI"/>
          <w:b/>
          <w:bCs/>
        </w:rPr>
        <w:t>/</w:t>
      </w:r>
      <w:proofErr w:type="spellStart"/>
      <w:r w:rsidRPr="00BA6DDB">
        <w:rPr>
          <w:rFonts w:ascii="Mangal" w:eastAsia="Yu Gothic UI" w:hAnsi="Mangal" w:cs="Mangal"/>
          <w:b/>
          <w:bCs/>
        </w:rPr>
        <w:t>सांगते</w:t>
      </w:r>
      <w:proofErr w:type="spellEnd"/>
      <w:r w:rsidRPr="00BA6DDB">
        <w:rPr>
          <w:rFonts w:ascii="Yu Gothic UI" w:eastAsia="Yu Gothic UI" w:hAnsi="Yu Gothic UI"/>
          <w:b/>
          <w:bCs/>
        </w:rPr>
        <w:t xml:space="preserve"> </w:t>
      </w:r>
      <w:proofErr w:type="spellStart"/>
      <w:r w:rsidRPr="00BA6DDB">
        <w:rPr>
          <w:rFonts w:ascii="Mangal" w:eastAsia="Yu Gothic UI" w:hAnsi="Mangal" w:cs="Mangal"/>
          <w:b/>
          <w:bCs/>
        </w:rPr>
        <w:t>की</w:t>
      </w:r>
      <w:proofErr w:type="spellEnd"/>
      <w:r w:rsidRPr="00BA6DDB">
        <w:rPr>
          <w:rFonts w:ascii="Yu Gothic UI" w:eastAsia="Yu Gothic UI" w:hAnsi="Yu Gothic UI"/>
          <w:b/>
          <w:bCs/>
        </w:rPr>
        <w:t xml:space="preserve"> </w:t>
      </w:r>
      <w:proofErr w:type="spellStart"/>
      <w:r w:rsidRPr="00BA6DDB">
        <w:rPr>
          <w:rFonts w:ascii="Mangal" w:eastAsia="Yu Gothic UI" w:hAnsi="Mangal" w:cs="Mangal"/>
          <w:b/>
          <w:bCs/>
        </w:rPr>
        <w:t>या</w:t>
      </w:r>
      <w:proofErr w:type="spellEnd"/>
      <w:r w:rsidRPr="00BA6DDB">
        <w:rPr>
          <w:rFonts w:ascii="Yu Gothic UI" w:eastAsia="Yu Gothic UI" w:hAnsi="Yu Gothic UI"/>
          <w:b/>
          <w:bCs/>
        </w:rPr>
        <w:t xml:space="preserve"> </w:t>
      </w:r>
      <w:proofErr w:type="spellStart"/>
      <w:r w:rsidRPr="00BA6DDB">
        <w:rPr>
          <w:rFonts w:ascii="Mangal" w:eastAsia="Yu Gothic UI" w:hAnsi="Mangal" w:cs="Mangal"/>
          <w:b/>
          <w:bCs/>
        </w:rPr>
        <w:t>शपथपत्रातील</w:t>
      </w:r>
      <w:proofErr w:type="spellEnd"/>
      <w:r w:rsidRPr="00BA6DDB">
        <w:rPr>
          <w:rFonts w:ascii="Yu Gothic UI" w:eastAsia="Yu Gothic UI" w:hAnsi="Yu Gothic UI"/>
          <w:b/>
          <w:bCs/>
        </w:rPr>
        <w:t xml:space="preserve"> </w:t>
      </w:r>
      <w:proofErr w:type="spellStart"/>
      <w:r w:rsidRPr="00BA6DDB">
        <w:rPr>
          <w:rFonts w:ascii="Mangal" w:eastAsia="Yu Gothic UI" w:hAnsi="Mangal" w:cs="Mangal"/>
          <w:b/>
          <w:bCs/>
        </w:rPr>
        <w:t>सर्व</w:t>
      </w:r>
      <w:proofErr w:type="spellEnd"/>
      <w:r w:rsidRPr="00BA6DDB">
        <w:rPr>
          <w:rFonts w:ascii="Yu Gothic UI" w:eastAsia="Yu Gothic UI" w:hAnsi="Yu Gothic UI"/>
          <w:b/>
          <w:bCs/>
        </w:rPr>
        <w:t xml:space="preserve"> </w:t>
      </w:r>
      <w:proofErr w:type="spellStart"/>
      <w:r w:rsidRPr="00BA6DDB">
        <w:rPr>
          <w:rFonts w:ascii="Mangal" w:eastAsia="Yu Gothic UI" w:hAnsi="Mangal" w:cs="Mangal"/>
          <w:b/>
          <w:bCs/>
        </w:rPr>
        <w:t>मजकूर</w:t>
      </w:r>
      <w:proofErr w:type="spellEnd"/>
      <w:r w:rsidRPr="00BA6DDB">
        <w:rPr>
          <w:rFonts w:ascii="Yu Gothic UI" w:eastAsia="Yu Gothic UI" w:hAnsi="Yu Gothic UI"/>
          <w:b/>
          <w:bCs/>
        </w:rPr>
        <w:t xml:space="preserve"> </w:t>
      </w:r>
      <w:proofErr w:type="spellStart"/>
      <w:r w:rsidRPr="00BA6DDB">
        <w:rPr>
          <w:rFonts w:ascii="Mangal" w:eastAsia="Yu Gothic UI" w:hAnsi="Mangal" w:cs="Mangal"/>
          <w:b/>
          <w:bCs/>
        </w:rPr>
        <w:t>माझ्या</w:t>
      </w:r>
      <w:proofErr w:type="spellEnd"/>
      <w:r w:rsidRPr="00BA6DDB">
        <w:rPr>
          <w:rFonts w:ascii="Yu Gothic UI" w:eastAsia="Yu Gothic UI" w:hAnsi="Yu Gothic UI"/>
          <w:b/>
          <w:bCs/>
        </w:rPr>
        <w:t xml:space="preserve"> </w:t>
      </w:r>
      <w:proofErr w:type="spellStart"/>
      <w:r w:rsidRPr="00BA6DDB">
        <w:rPr>
          <w:rFonts w:ascii="Mangal" w:eastAsia="Yu Gothic UI" w:hAnsi="Mangal" w:cs="Mangal"/>
          <w:b/>
          <w:bCs/>
        </w:rPr>
        <w:t>माहितीप्रमाणे</w:t>
      </w:r>
      <w:proofErr w:type="spellEnd"/>
      <w:r w:rsidRPr="00BA6DDB">
        <w:rPr>
          <w:rFonts w:ascii="Yu Gothic UI" w:eastAsia="Yu Gothic UI" w:hAnsi="Yu Gothic UI"/>
          <w:b/>
          <w:bCs/>
        </w:rPr>
        <w:t xml:space="preserve"> </w:t>
      </w:r>
      <w:proofErr w:type="spellStart"/>
      <w:r w:rsidRPr="00BA6DDB">
        <w:rPr>
          <w:rFonts w:ascii="Mangal" w:eastAsia="Yu Gothic UI" w:hAnsi="Mangal" w:cs="Mangal"/>
          <w:b/>
          <w:bCs/>
        </w:rPr>
        <w:t>खरा</w:t>
      </w:r>
      <w:proofErr w:type="spellEnd"/>
      <w:r w:rsidRPr="00BA6DDB">
        <w:rPr>
          <w:rFonts w:ascii="Yu Gothic UI" w:eastAsia="Yu Gothic UI" w:hAnsi="Yu Gothic UI"/>
          <w:b/>
          <w:bCs/>
        </w:rPr>
        <w:t xml:space="preserve"> </w:t>
      </w:r>
      <w:r w:rsidRPr="00BA6DDB">
        <w:rPr>
          <w:rFonts w:ascii="Mangal" w:eastAsia="Yu Gothic UI" w:hAnsi="Mangal" w:cs="Mangal"/>
          <w:b/>
          <w:bCs/>
        </w:rPr>
        <w:t>व</w:t>
      </w:r>
      <w:r w:rsidRPr="00BA6DDB">
        <w:rPr>
          <w:rFonts w:ascii="Yu Gothic UI" w:eastAsia="Yu Gothic UI" w:hAnsi="Yu Gothic UI"/>
          <w:b/>
          <w:bCs/>
        </w:rPr>
        <w:t xml:space="preserve"> </w:t>
      </w:r>
      <w:proofErr w:type="spellStart"/>
      <w:r w:rsidRPr="00BA6DDB">
        <w:rPr>
          <w:rFonts w:ascii="Mangal" w:eastAsia="Yu Gothic UI" w:hAnsi="Mangal" w:cs="Mangal"/>
          <w:b/>
          <w:bCs/>
        </w:rPr>
        <w:t>अचूक</w:t>
      </w:r>
      <w:proofErr w:type="spellEnd"/>
      <w:r w:rsidRPr="00BA6DDB">
        <w:rPr>
          <w:rFonts w:ascii="Yu Gothic UI" w:eastAsia="Yu Gothic UI" w:hAnsi="Yu Gothic UI"/>
          <w:b/>
          <w:bCs/>
        </w:rPr>
        <w:t xml:space="preserve"> </w:t>
      </w:r>
      <w:proofErr w:type="spellStart"/>
      <w:r w:rsidRPr="00BA6DDB">
        <w:rPr>
          <w:rFonts w:ascii="Mangal" w:eastAsia="Yu Gothic UI" w:hAnsi="Mangal" w:cs="Mangal"/>
          <w:b/>
          <w:bCs/>
        </w:rPr>
        <w:t>आहे</w:t>
      </w:r>
      <w:proofErr w:type="spellEnd"/>
      <w:r w:rsidRPr="00BA6DDB">
        <w:rPr>
          <w:rFonts w:ascii="Yu Gothic UI" w:eastAsia="Yu Gothic UI" w:hAnsi="Yu Gothic UI"/>
          <w:b/>
          <w:bCs/>
        </w:rPr>
        <w:t xml:space="preserve">. </w:t>
      </w:r>
      <w:proofErr w:type="spellStart"/>
      <w:r w:rsidRPr="00BA6DDB">
        <w:rPr>
          <w:rFonts w:ascii="Mangal" w:eastAsia="Yu Gothic UI" w:hAnsi="Mangal" w:cs="Mangal"/>
          <w:b/>
          <w:bCs/>
        </w:rPr>
        <w:t>कोणतीही</w:t>
      </w:r>
      <w:proofErr w:type="spellEnd"/>
      <w:r w:rsidRPr="00BA6DDB">
        <w:rPr>
          <w:rFonts w:ascii="Yu Gothic UI" w:eastAsia="Yu Gothic UI" w:hAnsi="Yu Gothic UI"/>
          <w:b/>
          <w:bCs/>
        </w:rPr>
        <w:t xml:space="preserve"> </w:t>
      </w:r>
      <w:proofErr w:type="spellStart"/>
      <w:r w:rsidRPr="00BA6DDB">
        <w:rPr>
          <w:rFonts w:ascii="Mangal" w:eastAsia="Yu Gothic UI" w:hAnsi="Mangal" w:cs="Mangal"/>
          <w:b/>
          <w:bCs/>
        </w:rPr>
        <w:t>महत्त्वाची</w:t>
      </w:r>
      <w:proofErr w:type="spellEnd"/>
      <w:r w:rsidRPr="00BA6DDB">
        <w:rPr>
          <w:rFonts w:ascii="Yu Gothic UI" w:eastAsia="Yu Gothic UI" w:hAnsi="Yu Gothic UI"/>
          <w:b/>
          <w:bCs/>
        </w:rPr>
        <w:t xml:space="preserve"> </w:t>
      </w:r>
      <w:proofErr w:type="spellStart"/>
      <w:r w:rsidRPr="00BA6DDB">
        <w:rPr>
          <w:rFonts w:ascii="Mangal" w:eastAsia="Yu Gothic UI" w:hAnsi="Mangal" w:cs="Mangal"/>
          <w:b/>
          <w:bCs/>
        </w:rPr>
        <w:t>माहिती</w:t>
      </w:r>
      <w:proofErr w:type="spellEnd"/>
      <w:r w:rsidRPr="00BA6DDB">
        <w:rPr>
          <w:rFonts w:ascii="Yu Gothic UI" w:eastAsia="Yu Gothic UI" w:hAnsi="Yu Gothic UI"/>
          <w:b/>
          <w:bCs/>
        </w:rPr>
        <w:t xml:space="preserve"> </w:t>
      </w:r>
      <w:proofErr w:type="spellStart"/>
      <w:r w:rsidRPr="00BA6DDB">
        <w:rPr>
          <w:rFonts w:ascii="Mangal" w:eastAsia="Yu Gothic UI" w:hAnsi="Mangal" w:cs="Mangal"/>
          <w:b/>
          <w:bCs/>
        </w:rPr>
        <w:t>दडवलेली</w:t>
      </w:r>
      <w:proofErr w:type="spellEnd"/>
      <w:r w:rsidRPr="00BA6DDB">
        <w:rPr>
          <w:rFonts w:ascii="Yu Gothic UI" w:eastAsia="Yu Gothic UI" w:hAnsi="Yu Gothic UI"/>
          <w:b/>
          <w:bCs/>
        </w:rPr>
        <w:t xml:space="preserve"> </w:t>
      </w:r>
      <w:proofErr w:type="spellStart"/>
      <w:r w:rsidRPr="00BA6DDB">
        <w:rPr>
          <w:rFonts w:ascii="Mangal" w:eastAsia="Yu Gothic UI" w:hAnsi="Mangal" w:cs="Mangal"/>
          <w:b/>
          <w:bCs/>
        </w:rPr>
        <w:t>वा</w:t>
      </w:r>
      <w:proofErr w:type="spellEnd"/>
      <w:r w:rsidRPr="00BA6DDB">
        <w:rPr>
          <w:rFonts w:ascii="Yu Gothic UI" w:eastAsia="Yu Gothic UI" w:hAnsi="Yu Gothic UI"/>
          <w:b/>
          <w:bCs/>
        </w:rPr>
        <w:t xml:space="preserve"> </w:t>
      </w:r>
      <w:proofErr w:type="spellStart"/>
      <w:r w:rsidRPr="00BA6DDB">
        <w:rPr>
          <w:rFonts w:ascii="Mangal" w:eastAsia="Yu Gothic UI" w:hAnsi="Mangal" w:cs="Mangal"/>
          <w:b/>
          <w:bCs/>
        </w:rPr>
        <w:t>चुकीची</w:t>
      </w:r>
      <w:proofErr w:type="spellEnd"/>
      <w:r w:rsidRPr="00BA6DDB">
        <w:rPr>
          <w:rFonts w:ascii="Yu Gothic UI" w:eastAsia="Yu Gothic UI" w:hAnsi="Yu Gothic UI"/>
          <w:b/>
          <w:bCs/>
        </w:rPr>
        <w:t xml:space="preserve"> </w:t>
      </w:r>
      <w:proofErr w:type="spellStart"/>
      <w:r w:rsidRPr="00BA6DDB">
        <w:rPr>
          <w:rFonts w:ascii="Mangal" w:eastAsia="Yu Gothic UI" w:hAnsi="Mangal" w:cs="Mangal"/>
          <w:b/>
          <w:bCs/>
        </w:rPr>
        <w:t>सांगितलेली</w:t>
      </w:r>
      <w:proofErr w:type="spellEnd"/>
      <w:r w:rsidRPr="00BA6DDB">
        <w:rPr>
          <w:rFonts w:ascii="Yu Gothic UI" w:eastAsia="Yu Gothic UI" w:hAnsi="Yu Gothic UI"/>
          <w:b/>
          <w:bCs/>
        </w:rPr>
        <w:t xml:space="preserve"> </w:t>
      </w:r>
      <w:proofErr w:type="spellStart"/>
      <w:r w:rsidRPr="00BA6DDB">
        <w:rPr>
          <w:rFonts w:ascii="Mangal" w:eastAsia="Yu Gothic UI" w:hAnsi="Mangal" w:cs="Mangal"/>
          <w:b/>
          <w:bCs/>
        </w:rPr>
        <w:t>नाही</w:t>
      </w:r>
      <w:proofErr w:type="spellEnd"/>
      <w:r w:rsidRPr="00BA6DDB">
        <w:rPr>
          <w:rFonts w:ascii="Yu Gothic UI" w:eastAsia="Yu Gothic UI" w:hAnsi="Yu Gothic UI"/>
          <w:b/>
          <w:bCs/>
        </w:rPr>
        <w:t>.</w:t>
      </w:r>
    </w:p>
    <w:p w14:paraId="3E3B564F" w14:textId="77777777" w:rsidR="00227AEA" w:rsidRPr="009E601E" w:rsidRDefault="00227AEA">
      <w:pPr>
        <w:spacing w:after="80"/>
        <w:rPr>
          <w:rFonts w:ascii="Yu Gothic UI" w:eastAsia="Yu Gothic UI" w:hAnsi="Yu Gothic UI"/>
        </w:rPr>
      </w:pPr>
    </w:p>
    <w:p w14:paraId="056ADA3D" w14:textId="68DE5DCD" w:rsidR="00227AEA" w:rsidRPr="009E601E" w:rsidRDefault="003A52FF">
      <w:pPr>
        <w:spacing w:before="80" w:after="80"/>
        <w:jc w:val="both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sz w:val="24"/>
          <w:szCs w:val="24"/>
        </w:rPr>
        <w:t xml:space="preserve">Solemnly affirmed </w:t>
      </w:r>
      <w:proofErr w:type="gramStart"/>
      <w:r w:rsidRPr="009E601E">
        <w:rPr>
          <w:rFonts w:ascii="Yu Gothic UI" w:eastAsia="Yu Gothic UI" w:hAnsi="Yu Gothic UI"/>
          <w:sz w:val="24"/>
          <w:szCs w:val="24"/>
        </w:rPr>
        <w:t xml:space="preserve">at  </w:t>
      </w:r>
      <w:r w:rsidR="005A05EE">
        <w:rPr>
          <w:rFonts w:ascii="Yu Gothic UI" w:eastAsia="Yu Gothic UI" w:hAnsi="Yu Gothic UI"/>
          <w:sz w:val="24"/>
          <w:szCs w:val="24"/>
        </w:rPr>
        <w:tab/>
      </w:r>
      <w:proofErr w:type="gramEnd"/>
      <w:r w:rsidR="005A05EE">
        <w:rPr>
          <w:rFonts w:ascii="Yu Gothic UI" w:eastAsia="Yu Gothic UI" w:hAnsi="Yu Gothic UI"/>
          <w:sz w:val="24"/>
          <w:szCs w:val="24"/>
        </w:rPr>
        <w:tab/>
      </w:r>
      <w:r w:rsidRPr="009E601E">
        <w:rPr>
          <w:rFonts w:ascii="Yu Gothic UI" w:eastAsia="Yu Gothic UI" w:hAnsi="Yu Gothic UI"/>
          <w:sz w:val="24"/>
          <w:szCs w:val="24"/>
        </w:rPr>
        <w:t>on</w:t>
      </w:r>
      <w:r w:rsidR="005A05EE">
        <w:rPr>
          <w:rFonts w:ascii="Yu Gothic UI" w:eastAsia="Yu Gothic UI" w:hAnsi="Yu Gothic UI"/>
          <w:sz w:val="24"/>
          <w:szCs w:val="24"/>
        </w:rPr>
        <w:tab/>
      </w:r>
      <w:r w:rsidR="005A05EE">
        <w:rPr>
          <w:rFonts w:ascii="Yu Gothic UI" w:eastAsia="Yu Gothic UI" w:hAnsi="Yu Gothic UI"/>
          <w:sz w:val="24"/>
          <w:szCs w:val="24"/>
        </w:rPr>
        <w:tab/>
      </w:r>
      <w:r w:rsidR="00DB0395" w:rsidRPr="00DB0395">
        <w:rPr>
          <w:rFonts w:ascii="Yu Gothic UI" w:eastAsia="Yu Gothic UI" w:hAnsi="Yu Gothic UI" w:hint="eastAsia"/>
          <w:sz w:val="24"/>
          <w:szCs w:val="24"/>
        </w:rPr>
        <w:t>.</w:t>
      </w:r>
    </w:p>
    <w:p w14:paraId="6F42F8D9" w14:textId="6D0B029D" w:rsidR="00227AEA" w:rsidRPr="009E601E" w:rsidRDefault="003A52FF">
      <w:pPr>
        <w:spacing w:before="80" w:after="80"/>
        <w:jc w:val="both"/>
        <w:rPr>
          <w:rFonts w:ascii="Yu Gothic UI" w:eastAsia="Yu Gothic UI" w:hAnsi="Yu Gothic UI"/>
        </w:rPr>
      </w:pPr>
      <w:proofErr w:type="spellStart"/>
      <w:r w:rsidRPr="00EF34B2">
        <w:rPr>
          <w:rFonts w:ascii="Mangal" w:hAnsi="Mangal" w:cs="Mangal"/>
          <w:sz w:val="24"/>
          <w:szCs w:val="24"/>
        </w:rPr>
        <w:t>ठिकाण</w:t>
      </w:r>
      <w:proofErr w:type="spellEnd"/>
      <w:r w:rsidRPr="009E601E">
        <w:rPr>
          <w:rFonts w:ascii="Yu Gothic UI" w:eastAsia="Yu Gothic UI" w:hAnsi="Yu Gothic UI"/>
          <w:sz w:val="24"/>
          <w:szCs w:val="24"/>
        </w:rPr>
        <w:t xml:space="preserve"> / Place: </w:t>
      </w:r>
      <w:r w:rsidR="005A05EE">
        <w:rPr>
          <w:rFonts w:ascii="Yu Gothic UI" w:eastAsia="Yu Gothic UI" w:hAnsi="Yu Gothic UI"/>
          <w:sz w:val="24"/>
          <w:szCs w:val="24"/>
        </w:rPr>
        <w:tab/>
      </w:r>
      <w:r w:rsidRPr="009E601E">
        <w:rPr>
          <w:rFonts w:ascii="Yu Gothic UI" w:eastAsia="Yu Gothic UI" w:hAnsi="Yu Gothic UI"/>
          <w:sz w:val="24"/>
          <w:szCs w:val="24"/>
        </w:rPr>
        <w:t xml:space="preserve">·   </w:t>
      </w:r>
      <w:proofErr w:type="spellStart"/>
      <w:r w:rsidRPr="00EF34B2">
        <w:rPr>
          <w:rFonts w:ascii="Mangal" w:hAnsi="Mangal" w:cs="Mangal"/>
          <w:sz w:val="24"/>
          <w:szCs w:val="24"/>
        </w:rPr>
        <w:t>दिनांक</w:t>
      </w:r>
      <w:proofErr w:type="spellEnd"/>
      <w:r w:rsidRPr="009E601E">
        <w:rPr>
          <w:rFonts w:ascii="Yu Gothic UI" w:eastAsia="Yu Gothic UI" w:hAnsi="Yu Gothic UI"/>
          <w:sz w:val="24"/>
          <w:szCs w:val="24"/>
        </w:rPr>
        <w:t xml:space="preserve"> / Date:</w:t>
      </w:r>
      <w:r w:rsidR="005A05EE">
        <w:rPr>
          <w:rFonts w:ascii="Yu Gothic UI" w:eastAsia="Yu Gothic UI" w:hAnsi="Yu Gothic UI"/>
          <w:b/>
          <w:bCs/>
          <w:color w:val="1D4ED8"/>
          <w:sz w:val="24"/>
          <w:szCs w:val="24"/>
        </w:rPr>
        <w:tab/>
      </w:r>
    </w:p>
    <w:p w14:paraId="7751A0DA" w14:textId="77777777" w:rsidR="00227AEA" w:rsidRPr="009E601E" w:rsidRDefault="00227AEA">
      <w:pPr>
        <w:spacing w:after="160"/>
        <w:rPr>
          <w:rFonts w:ascii="Yu Gothic UI" w:eastAsia="Yu Gothic UI" w:hAnsi="Yu Gothic UI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227AEA" w:rsidRPr="009E601E" w14:paraId="4202F455" w14:textId="77777777">
        <w:tc>
          <w:tcPr>
            <w:tcW w:w="4680" w:type="dxa"/>
          </w:tcPr>
          <w:p w14:paraId="1194CD80" w14:textId="1BD4BD54" w:rsidR="00227AEA" w:rsidRPr="009E601E" w:rsidRDefault="003A52FF">
            <w:pPr>
              <w:spacing w:before="80" w:after="40"/>
              <w:rPr>
                <w:rFonts w:ascii="Yu Gothic UI" w:eastAsia="Yu Gothic UI" w:hAnsi="Yu Gothic UI"/>
              </w:rPr>
            </w:pPr>
            <w:r w:rsidRPr="009E601E">
              <w:rPr>
                <w:rFonts w:ascii="Yu Gothic UI" w:eastAsia="Yu Gothic UI" w:hAnsi="Yu Gothic UI"/>
              </w:rPr>
              <w:t xml:space="preserve">Full Name / </w:t>
            </w:r>
            <w:proofErr w:type="spellStart"/>
            <w:r w:rsidRPr="000E441C">
              <w:rPr>
                <w:rFonts w:ascii="Mangal" w:hAnsi="Mangal" w:cs="Mangal"/>
              </w:rPr>
              <w:t>पूर्ण</w:t>
            </w:r>
            <w:proofErr w:type="spellEnd"/>
            <w:r w:rsidRPr="009E601E">
              <w:rPr>
                <w:rFonts w:ascii="Yu Gothic UI" w:eastAsia="Yu Gothic UI" w:hAnsi="Yu Gothic UI"/>
              </w:rPr>
              <w:t xml:space="preserve"> </w:t>
            </w:r>
            <w:proofErr w:type="spellStart"/>
            <w:r w:rsidRPr="000E441C">
              <w:rPr>
                <w:rFonts w:ascii="Mangal" w:hAnsi="Mangal" w:cs="Mangal"/>
              </w:rPr>
              <w:t>नाव</w:t>
            </w:r>
            <w:proofErr w:type="spellEnd"/>
            <w:r w:rsidRPr="009E601E">
              <w:rPr>
                <w:rFonts w:ascii="Yu Gothic UI" w:eastAsia="Yu Gothic UI" w:hAnsi="Yu Gothic UI"/>
              </w:rPr>
              <w:t xml:space="preserve">: </w:t>
            </w:r>
          </w:p>
          <w:p w14:paraId="149C562F" w14:textId="4B700280" w:rsidR="00227AEA" w:rsidRPr="009E601E" w:rsidRDefault="0042297C">
            <w:pPr>
              <w:spacing w:before="40" w:after="40"/>
              <w:rPr>
                <w:rFonts w:ascii="Yu Gothic UI" w:eastAsia="Yu Gothic UI" w:hAnsi="Yu Gothic UI"/>
              </w:rPr>
            </w:pPr>
            <w:r w:rsidRPr="0042297C">
              <w:rPr>
                <w:rFonts w:ascii="Yu Gothic UI" w:eastAsia="Yu Gothic UI" w:hAnsi="Yu Gothic UI" w:hint="eastAsia"/>
              </w:rPr>
              <w:t xml:space="preserve">S/o | D/o | W/o: </w:t>
            </w:r>
          </w:p>
          <w:p w14:paraId="4CA302C5" w14:textId="231CD12D" w:rsidR="00227AEA" w:rsidRPr="009E601E" w:rsidRDefault="005A431A">
            <w:pPr>
              <w:spacing w:before="40" w:after="40"/>
              <w:rPr>
                <w:rFonts w:ascii="Yu Gothic UI" w:eastAsia="Yu Gothic UI" w:hAnsi="Yu Gothic UI"/>
              </w:rPr>
            </w:pPr>
            <w:r w:rsidRPr="005A431A">
              <w:rPr>
                <w:rFonts w:ascii="Yu Gothic UI" w:eastAsia="Yu Gothic UI" w:hAnsi="Yu Gothic UI" w:hint="eastAsia"/>
              </w:rPr>
              <w:t xml:space="preserve">Address / </w:t>
            </w:r>
            <w:proofErr w:type="spellStart"/>
            <w:r w:rsidRPr="005A431A">
              <w:rPr>
                <w:rFonts w:ascii="Mangal" w:hAnsi="Mangal" w:cs="Mangal"/>
              </w:rPr>
              <w:t>पत्ता</w:t>
            </w:r>
            <w:proofErr w:type="spellEnd"/>
            <w:r w:rsidRPr="005A431A">
              <w:rPr>
                <w:rFonts w:ascii="Yu Gothic UI" w:eastAsia="Yu Gothic UI" w:hAnsi="Yu Gothic UI" w:hint="eastAsia"/>
              </w:rPr>
              <w:t xml:space="preserve">: </w:t>
            </w:r>
          </w:p>
          <w:p w14:paraId="24AE142A" w14:textId="23917BAC" w:rsidR="00227AEA" w:rsidRPr="009E601E" w:rsidRDefault="003A52FF">
            <w:pPr>
              <w:spacing w:before="40" w:after="40"/>
              <w:rPr>
                <w:rFonts w:ascii="Yu Gothic UI" w:eastAsia="Yu Gothic UI" w:hAnsi="Yu Gothic UI"/>
              </w:rPr>
            </w:pPr>
            <w:r w:rsidRPr="009E601E">
              <w:rPr>
                <w:rFonts w:ascii="Yu Gothic UI" w:eastAsia="Yu Gothic UI" w:hAnsi="Yu Gothic UI"/>
              </w:rPr>
              <w:t xml:space="preserve">Aadhaar No. / </w:t>
            </w:r>
            <w:proofErr w:type="spellStart"/>
            <w:r w:rsidRPr="003F3E55">
              <w:rPr>
                <w:rFonts w:ascii="Mangal" w:hAnsi="Mangal" w:cs="Mangal"/>
              </w:rPr>
              <w:t>आधार</w:t>
            </w:r>
            <w:proofErr w:type="spellEnd"/>
            <w:r w:rsidRPr="009E601E">
              <w:rPr>
                <w:rFonts w:ascii="Yu Gothic UI" w:eastAsia="Yu Gothic UI" w:hAnsi="Yu Gothic UI"/>
              </w:rPr>
              <w:t xml:space="preserve"> </w:t>
            </w:r>
            <w:proofErr w:type="spellStart"/>
            <w:r w:rsidRPr="003F3E55">
              <w:rPr>
                <w:rFonts w:ascii="Mangal" w:hAnsi="Mangal" w:cs="Mangal"/>
              </w:rPr>
              <w:t>क्र</w:t>
            </w:r>
            <w:proofErr w:type="spellEnd"/>
            <w:r w:rsidRPr="009E601E">
              <w:rPr>
                <w:rFonts w:ascii="Yu Gothic UI" w:eastAsia="Yu Gothic UI" w:hAnsi="Yu Gothic UI"/>
              </w:rPr>
              <w:t xml:space="preserve">.: </w:t>
            </w:r>
          </w:p>
          <w:p w14:paraId="45484582" w14:textId="1F424489" w:rsidR="00227AEA" w:rsidRPr="009E601E" w:rsidRDefault="008459DB">
            <w:pPr>
              <w:spacing w:before="40" w:after="40"/>
              <w:rPr>
                <w:rFonts w:ascii="Yu Gothic UI" w:eastAsia="Yu Gothic UI" w:hAnsi="Yu Gothic UI"/>
              </w:rPr>
            </w:pPr>
            <w:r w:rsidRPr="008459DB">
              <w:rPr>
                <w:rFonts w:ascii="Yu Gothic UI" w:eastAsia="Yu Gothic UI" w:hAnsi="Yu Gothic UI" w:hint="eastAsia"/>
              </w:rPr>
              <w:t xml:space="preserve">Mobile / </w:t>
            </w:r>
            <w:proofErr w:type="spellStart"/>
            <w:r w:rsidRPr="008459DB">
              <w:rPr>
                <w:rFonts w:ascii="Mangal" w:hAnsi="Mangal" w:cs="Mangal"/>
              </w:rPr>
              <w:t>मोबाईल</w:t>
            </w:r>
            <w:proofErr w:type="spellEnd"/>
            <w:r w:rsidRPr="008459DB">
              <w:rPr>
                <w:rFonts w:ascii="Yu Gothic UI" w:eastAsia="Yu Gothic UI" w:hAnsi="Yu Gothic UI" w:hint="eastAsia"/>
              </w:rPr>
              <w:t xml:space="preserve">: </w:t>
            </w:r>
          </w:p>
          <w:p w14:paraId="009F5330" w14:textId="77777777" w:rsidR="00227AEA" w:rsidRPr="009E601E" w:rsidRDefault="00227AEA">
            <w:pPr>
              <w:spacing w:after="40"/>
              <w:rPr>
                <w:rFonts w:ascii="Yu Gothic UI" w:eastAsia="Yu Gothic UI" w:hAnsi="Yu Gothic UI"/>
              </w:rPr>
            </w:pPr>
          </w:p>
          <w:p w14:paraId="7B470C6F" w14:textId="77777777" w:rsidR="00227AEA" w:rsidRPr="009E601E" w:rsidRDefault="003A52FF">
            <w:pPr>
              <w:spacing w:before="80" w:after="40"/>
              <w:rPr>
                <w:rFonts w:ascii="Yu Gothic UI" w:eastAsia="Yu Gothic UI" w:hAnsi="Yu Gothic UI"/>
              </w:rPr>
            </w:pPr>
            <w:r w:rsidRPr="009E601E">
              <w:rPr>
                <w:rFonts w:ascii="Yu Gothic UI" w:eastAsia="Yu Gothic UI" w:hAnsi="Yu Gothic UI"/>
              </w:rPr>
              <w:t>_________________________________</w:t>
            </w:r>
          </w:p>
          <w:p w14:paraId="6FB500C6" w14:textId="77777777" w:rsidR="00227AEA" w:rsidRPr="009E601E" w:rsidRDefault="003A52FF">
            <w:pPr>
              <w:spacing w:after="40"/>
              <w:rPr>
                <w:rFonts w:ascii="Yu Gothic UI" w:eastAsia="Yu Gothic UI" w:hAnsi="Yu Gothic UI"/>
              </w:rPr>
            </w:pPr>
            <w:r w:rsidRPr="009E601E">
              <w:rPr>
                <w:rFonts w:ascii="Yu Gothic UI" w:eastAsia="Yu Gothic UI" w:hAnsi="Yu Gothic UI"/>
                <w:i/>
                <w:iCs/>
                <w:sz w:val="20"/>
                <w:szCs w:val="20"/>
              </w:rPr>
              <w:t xml:space="preserve">Signature of Deponent / </w:t>
            </w:r>
            <w:proofErr w:type="spellStart"/>
            <w:r w:rsidRPr="009E601E">
              <w:rPr>
                <w:rFonts w:ascii="Mangal" w:eastAsia="Yu Gothic UI" w:hAnsi="Mangal" w:cs="Mangal"/>
                <w:i/>
                <w:iCs/>
                <w:sz w:val="20"/>
                <w:szCs w:val="20"/>
              </w:rPr>
              <w:t>शपथकर्त्याची</w:t>
            </w:r>
            <w:proofErr w:type="spellEnd"/>
            <w:r w:rsidRPr="009E601E">
              <w:rPr>
                <w:rFonts w:ascii="Yu Gothic UI" w:eastAsia="Yu Gothic UI" w:hAnsi="Yu Gothic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E601E">
              <w:rPr>
                <w:rFonts w:ascii="Mangal" w:eastAsia="Yu Gothic UI" w:hAnsi="Mangal" w:cs="Mangal"/>
                <w:i/>
                <w:iCs/>
                <w:sz w:val="20"/>
                <w:szCs w:val="20"/>
              </w:rPr>
              <w:t>सही</w:t>
            </w:r>
            <w:proofErr w:type="spellEnd"/>
          </w:p>
        </w:tc>
        <w:tc>
          <w:tcPr>
            <w:tcW w:w="4680" w:type="dxa"/>
            <w:shd w:val="clear" w:color="auto" w:fill="F9F9F9"/>
          </w:tcPr>
          <w:p w14:paraId="0DEB9A74" w14:textId="77777777" w:rsidR="00227AEA" w:rsidRPr="009E601E" w:rsidRDefault="003A52FF">
            <w:pPr>
              <w:spacing w:before="80" w:after="40"/>
              <w:jc w:val="center"/>
              <w:rPr>
                <w:rFonts w:ascii="Yu Gothic UI" w:eastAsia="Yu Gothic UI" w:hAnsi="Yu Gothic UI"/>
              </w:rPr>
            </w:pPr>
            <w:r w:rsidRPr="009E601E">
              <w:rPr>
                <w:rFonts w:ascii="Yu Gothic UI" w:eastAsia="Yu Gothic UI" w:hAnsi="Yu Gothic UI"/>
                <w:b/>
                <w:bCs/>
              </w:rPr>
              <w:t>NOTARY SEAL &amp; SIGNATURE</w:t>
            </w:r>
          </w:p>
          <w:p w14:paraId="2291049F" w14:textId="77777777" w:rsidR="00227AEA" w:rsidRPr="009E601E" w:rsidRDefault="003A52FF">
            <w:pPr>
              <w:spacing w:after="40"/>
              <w:jc w:val="center"/>
              <w:rPr>
                <w:rFonts w:ascii="Yu Gothic UI" w:eastAsia="Yu Gothic UI" w:hAnsi="Yu Gothic UI"/>
              </w:rPr>
            </w:pPr>
            <w:proofErr w:type="spellStart"/>
            <w:r w:rsidRPr="009E601E">
              <w:rPr>
                <w:rFonts w:ascii="Mangal" w:eastAsia="Yu Gothic UI" w:hAnsi="Mangal" w:cs="Mangal"/>
              </w:rPr>
              <w:t>नोटरी</w:t>
            </w:r>
            <w:proofErr w:type="spellEnd"/>
            <w:r w:rsidRPr="009E601E">
              <w:rPr>
                <w:rFonts w:ascii="Yu Gothic UI" w:eastAsia="Yu Gothic UI" w:hAnsi="Yu Gothic UI"/>
              </w:rPr>
              <w:t xml:space="preserve"> </w:t>
            </w:r>
            <w:proofErr w:type="spellStart"/>
            <w:r w:rsidRPr="009E601E">
              <w:rPr>
                <w:rFonts w:ascii="Mangal" w:eastAsia="Yu Gothic UI" w:hAnsi="Mangal" w:cs="Mangal"/>
              </w:rPr>
              <w:t>शिक्का</w:t>
            </w:r>
            <w:proofErr w:type="spellEnd"/>
            <w:r w:rsidRPr="009E601E">
              <w:rPr>
                <w:rFonts w:ascii="Yu Gothic UI" w:eastAsia="Yu Gothic UI" w:hAnsi="Yu Gothic UI"/>
              </w:rPr>
              <w:t xml:space="preserve"> </w:t>
            </w:r>
            <w:r w:rsidRPr="009E601E">
              <w:rPr>
                <w:rFonts w:ascii="Mangal" w:eastAsia="Yu Gothic UI" w:hAnsi="Mangal" w:cs="Mangal"/>
              </w:rPr>
              <w:t>व</w:t>
            </w:r>
            <w:r w:rsidRPr="009E601E">
              <w:rPr>
                <w:rFonts w:ascii="Yu Gothic UI" w:eastAsia="Yu Gothic UI" w:hAnsi="Yu Gothic UI"/>
              </w:rPr>
              <w:t xml:space="preserve"> </w:t>
            </w:r>
            <w:proofErr w:type="spellStart"/>
            <w:r w:rsidRPr="009E601E">
              <w:rPr>
                <w:rFonts w:ascii="Mangal" w:eastAsia="Yu Gothic UI" w:hAnsi="Mangal" w:cs="Mangal"/>
              </w:rPr>
              <w:t>सही</w:t>
            </w:r>
            <w:proofErr w:type="spellEnd"/>
          </w:p>
          <w:p w14:paraId="306B0F3F" w14:textId="77777777" w:rsidR="00227AEA" w:rsidRPr="009E601E" w:rsidRDefault="00227AEA">
            <w:pPr>
              <w:spacing w:after="120"/>
              <w:rPr>
                <w:rFonts w:ascii="Yu Gothic UI" w:eastAsia="Yu Gothic UI" w:hAnsi="Yu Gothic UI"/>
              </w:rPr>
            </w:pPr>
          </w:p>
          <w:p w14:paraId="1634A24E" w14:textId="77777777" w:rsidR="00227AEA" w:rsidRPr="009E601E" w:rsidRDefault="003A52FF">
            <w:pPr>
              <w:spacing w:after="40"/>
              <w:jc w:val="center"/>
              <w:rPr>
                <w:rFonts w:ascii="Yu Gothic UI" w:eastAsia="Yu Gothic UI" w:hAnsi="Yu Gothic UI"/>
              </w:rPr>
            </w:pPr>
            <w:r w:rsidRPr="009E601E">
              <w:rPr>
                <w:rFonts w:ascii="Yu Gothic UI" w:eastAsia="Yu Gothic UI" w:hAnsi="Yu Gothic UI"/>
                <w:i/>
                <w:iCs/>
                <w:sz w:val="20"/>
                <w:szCs w:val="20"/>
              </w:rPr>
              <w:t>(</w:t>
            </w:r>
            <w:proofErr w:type="spellStart"/>
            <w:r w:rsidRPr="009E601E">
              <w:rPr>
                <w:rFonts w:ascii="Mangal" w:eastAsia="Yu Gothic UI" w:hAnsi="Mangal" w:cs="Mangal"/>
                <w:i/>
                <w:iCs/>
                <w:sz w:val="20"/>
                <w:szCs w:val="20"/>
              </w:rPr>
              <w:t>नोटरी</w:t>
            </w:r>
            <w:proofErr w:type="spellEnd"/>
            <w:r w:rsidRPr="009E601E">
              <w:rPr>
                <w:rFonts w:ascii="Yu Gothic UI" w:eastAsia="Yu Gothic UI" w:hAnsi="Yu Gothic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E601E">
              <w:rPr>
                <w:rFonts w:ascii="Mangal" w:eastAsia="Yu Gothic UI" w:hAnsi="Mangal" w:cs="Mangal"/>
                <w:i/>
                <w:iCs/>
                <w:sz w:val="20"/>
                <w:szCs w:val="20"/>
              </w:rPr>
              <w:t>शिक्का</w:t>
            </w:r>
            <w:proofErr w:type="spellEnd"/>
            <w:r w:rsidRPr="009E601E">
              <w:rPr>
                <w:rFonts w:ascii="Yu Gothic UI" w:eastAsia="Yu Gothic UI" w:hAnsi="Yu Gothic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E601E">
              <w:rPr>
                <w:rFonts w:ascii="Mangal" w:eastAsia="Yu Gothic UI" w:hAnsi="Mangal" w:cs="Mangal"/>
                <w:i/>
                <w:iCs/>
                <w:sz w:val="20"/>
                <w:szCs w:val="20"/>
              </w:rPr>
              <w:t>येथे</w:t>
            </w:r>
            <w:proofErr w:type="spellEnd"/>
            <w:r w:rsidRPr="009E601E">
              <w:rPr>
                <w:rFonts w:ascii="Yu Gothic UI" w:eastAsia="Yu Gothic UI" w:hAnsi="Yu Gothic UI"/>
                <w:i/>
                <w:iCs/>
                <w:sz w:val="20"/>
                <w:szCs w:val="20"/>
              </w:rPr>
              <w:t xml:space="preserve"> / Stamp here)</w:t>
            </w:r>
          </w:p>
          <w:p w14:paraId="7C434992" w14:textId="77777777" w:rsidR="00227AEA" w:rsidRPr="009E601E" w:rsidRDefault="00227AEA">
            <w:pPr>
              <w:spacing w:after="80"/>
              <w:rPr>
                <w:rFonts w:ascii="Yu Gothic UI" w:eastAsia="Yu Gothic UI" w:hAnsi="Yu Gothic UI"/>
              </w:rPr>
            </w:pPr>
          </w:p>
          <w:p w14:paraId="3C6A71EE" w14:textId="77777777" w:rsidR="00227AEA" w:rsidRPr="009E601E" w:rsidRDefault="003A52FF">
            <w:pPr>
              <w:spacing w:before="40" w:after="20"/>
              <w:rPr>
                <w:rFonts w:ascii="Yu Gothic UI" w:eastAsia="Yu Gothic UI" w:hAnsi="Yu Gothic UI"/>
              </w:rPr>
            </w:pPr>
            <w:r w:rsidRPr="009E601E">
              <w:rPr>
                <w:rFonts w:ascii="Yu Gothic UI" w:eastAsia="Yu Gothic UI" w:hAnsi="Yu Gothic UI"/>
                <w:sz w:val="20"/>
                <w:szCs w:val="20"/>
              </w:rPr>
              <w:t>Notary Name: ________________________</w:t>
            </w:r>
          </w:p>
          <w:p w14:paraId="5AA19618" w14:textId="77777777" w:rsidR="00227AEA" w:rsidRPr="009E601E" w:rsidRDefault="003A52FF">
            <w:pPr>
              <w:spacing w:before="20" w:after="20"/>
              <w:rPr>
                <w:rFonts w:ascii="Yu Gothic UI" w:eastAsia="Yu Gothic UI" w:hAnsi="Yu Gothic UI"/>
              </w:rPr>
            </w:pPr>
            <w:r w:rsidRPr="009E601E">
              <w:rPr>
                <w:rFonts w:ascii="Yu Gothic UI" w:eastAsia="Yu Gothic UI" w:hAnsi="Yu Gothic UI"/>
                <w:sz w:val="20"/>
                <w:szCs w:val="20"/>
              </w:rPr>
              <w:t>Reg. No.: ______</w:t>
            </w:r>
            <w:proofErr w:type="gramStart"/>
            <w:r w:rsidRPr="009E601E">
              <w:rPr>
                <w:rFonts w:ascii="Yu Gothic UI" w:eastAsia="Yu Gothic UI" w:hAnsi="Yu Gothic UI"/>
                <w:sz w:val="20"/>
                <w:szCs w:val="20"/>
              </w:rPr>
              <w:t>_  District</w:t>
            </w:r>
            <w:proofErr w:type="gramEnd"/>
            <w:r w:rsidRPr="009E601E">
              <w:rPr>
                <w:rFonts w:ascii="Yu Gothic UI" w:eastAsia="Yu Gothic UI" w:hAnsi="Yu Gothic UI"/>
                <w:sz w:val="20"/>
                <w:szCs w:val="20"/>
              </w:rPr>
              <w:t>: ____________</w:t>
            </w:r>
          </w:p>
          <w:p w14:paraId="0408005F" w14:textId="77777777" w:rsidR="00227AEA" w:rsidRPr="009E601E" w:rsidRDefault="003A52FF">
            <w:pPr>
              <w:spacing w:before="20" w:after="20"/>
              <w:rPr>
                <w:rFonts w:ascii="Yu Gothic UI" w:eastAsia="Yu Gothic UI" w:hAnsi="Yu Gothic UI"/>
              </w:rPr>
            </w:pPr>
            <w:r w:rsidRPr="009E601E">
              <w:rPr>
                <w:rFonts w:ascii="Yu Gothic UI" w:eastAsia="Yu Gothic UI" w:hAnsi="Yu Gothic UI"/>
                <w:sz w:val="20"/>
                <w:szCs w:val="20"/>
              </w:rPr>
              <w:t>Verified on: _</w:t>
            </w:r>
            <w:proofErr w:type="gramStart"/>
            <w:r w:rsidRPr="009E601E">
              <w:rPr>
                <w:rFonts w:ascii="Yu Gothic UI" w:eastAsia="Yu Gothic UI" w:hAnsi="Yu Gothic UI"/>
                <w:sz w:val="20"/>
                <w:szCs w:val="20"/>
              </w:rPr>
              <w:t>_/_</w:t>
            </w:r>
            <w:proofErr w:type="gramEnd"/>
            <w:r w:rsidRPr="009E601E">
              <w:rPr>
                <w:rFonts w:ascii="Yu Gothic UI" w:eastAsia="Yu Gothic UI" w:hAnsi="Yu Gothic UI"/>
                <w:sz w:val="20"/>
                <w:szCs w:val="20"/>
              </w:rPr>
              <w:t>_/20_</w:t>
            </w:r>
            <w:proofErr w:type="gramStart"/>
            <w:r w:rsidRPr="009E601E">
              <w:rPr>
                <w:rFonts w:ascii="Yu Gothic UI" w:eastAsia="Yu Gothic UI" w:hAnsi="Yu Gothic UI"/>
                <w:sz w:val="20"/>
                <w:szCs w:val="20"/>
              </w:rPr>
              <w:t>_  at: __</w:t>
            </w:r>
            <w:proofErr w:type="gramEnd"/>
            <w:r w:rsidRPr="009E601E">
              <w:rPr>
                <w:rFonts w:ascii="Yu Gothic UI" w:eastAsia="Yu Gothic UI" w:hAnsi="Yu Gothic UI"/>
                <w:sz w:val="20"/>
                <w:szCs w:val="20"/>
              </w:rPr>
              <w:t>_________</w:t>
            </w:r>
          </w:p>
        </w:tc>
      </w:tr>
    </w:tbl>
    <w:p w14:paraId="06644716" w14:textId="77777777" w:rsidR="009E601E" w:rsidRDefault="009E601E">
      <w:pPr>
        <w:spacing w:after="180"/>
        <w:rPr>
          <w:rFonts w:ascii="Yu Gothic UI" w:eastAsia="Yu Gothic UI" w:hAnsi="Yu Gothic UI"/>
        </w:rPr>
      </w:pPr>
      <w:r>
        <w:rPr>
          <w:rFonts w:ascii="Yu Gothic UI" w:eastAsia="Yu Gothic UI" w:hAnsi="Yu Gothic UI"/>
        </w:rPr>
        <w:br w:type="page"/>
      </w:r>
    </w:p>
    <w:p w14:paraId="5007C12D" w14:textId="77777777" w:rsidR="00227AEA" w:rsidRPr="009E601E" w:rsidRDefault="00227AEA">
      <w:pPr>
        <w:spacing w:after="180"/>
        <w:rPr>
          <w:rFonts w:ascii="Yu Gothic UI" w:eastAsia="Yu Gothic UI" w:hAnsi="Yu Gothic UI"/>
        </w:rPr>
      </w:pPr>
    </w:p>
    <w:p w14:paraId="548ABF4D" w14:textId="77777777" w:rsidR="00227AEA" w:rsidRPr="009E601E" w:rsidRDefault="003A52FF">
      <w:pPr>
        <w:spacing w:before="120" w:after="80"/>
        <w:jc w:val="center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b/>
          <w:bCs/>
          <w:sz w:val="26"/>
          <w:szCs w:val="26"/>
        </w:rPr>
        <w:t xml:space="preserve">DOCUMENT CHECKLIST / </w:t>
      </w:r>
      <w:proofErr w:type="spellStart"/>
      <w:r w:rsidRPr="009E601E">
        <w:rPr>
          <w:rFonts w:ascii="Mangal" w:eastAsia="Yu Gothic UI" w:hAnsi="Mangal" w:cs="Mangal"/>
          <w:b/>
          <w:bCs/>
          <w:sz w:val="26"/>
          <w:szCs w:val="26"/>
        </w:rPr>
        <w:t>कागदपत्र</w:t>
      </w:r>
      <w:proofErr w:type="spellEnd"/>
      <w:r w:rsidRPr="009E601E">
        <w:rPr>
          <w:rFonts w:ascii="Yu Gothic UI" w:eastAsia="Yu Gothic UI" w:hAnsi="Yu Gothic UI"/>
          <w:b/>
          <w:bCs/>
          <w:sz w:val="26"/>
          <w:szCs w:val="26"/>
        </w:rPr>
        <w:t xml:space="preserve"> </w:t>
      </w:r>
      <w:proofErr w:type="spellStart"/>
      <w:r w:rsidRPr="009E601E">
        <w:rPr>
          <w:rFonts w:ascii="Mangal" w:eastAsia="Yu Gothic UI" w:hAnsi="Mangal" w:cs="Mangal"/>
          <w:b/>
          <w:bCs/>
          <w:sz w:val="26"/>
          <w:szCs w:val="26"/>
        </w:rPr>
        <w:t>यादी</w:t>
      </w:r>
      <w:proofErr w:type="spellEnd"/>
    </w:p>
    <w:p w14:paraId="69D9D2A6" w14:textId="77777777" w:rsidR="00227AEA" w:rsidRPr="009E601E" w:rsidRDefault="003A52FF">
      <w:pPr>
        <w:spacing w:after="120"/>
        <w:jc w:val="center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sz w:val="20"/>
          <w:szCs w:val="20"/>
        </w:rPr>
        <w:t>Tick each item before submitting — never get turned away</w:t>
      </w:r>
    </w:p>
    <w:p w14:paraId="647316CD" w14:textId="77777777" w:rsidR="00227AEA" w:rsidRPr="009E601E" w:rsidRDefault="003A52FF">
      <w:pPr>
        <w:spacing w:before="60" w:after="60"/>
        <w:rPr>
          <w:rFonts w:ascii="Yu Gothic UI" w:eastAsia="Yu Gothic UI" w:hAnsi="Yu Gothic UI"/>
        </w:rPr>
      </w:pPr>
      <w:proofErr w:type="gramStart"/>
      <w:r w:rsidRPr="009E601E">
        <w:rPr>
          <w:rFonts w:ascii="Segoe UI Symbol" w:eastAsia="Yu Gothic UI" w:hAnsi="Segoe UI Symbol" w:cs="Segoe UI Symbol"/>
        </w:rPr>
        <w:t>☐</w:t>
      </w:r>
      <w:r w:rsidRPr="009E601E">
        <w:rPr>
          <w:rFonts w:ascii="Yu Gothic UI" w:eastAsia="Yu Gothic UI" w:hAnsi="Yu Gothic UI"/>
        </w:rPr>
        <w:t xml:space="preserve">  This</w:t>
      </w:r>
      <w:proofErr w:type="gram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Yu Gothic UI" w:eastAsia="Yu Gothic UI" w:hAnsi="Yu Gothic UI"/>
        </w:rPr>
        <w:t>notarised</w:t>
      </w:r>
      <w:proofErr w:type="spellEnd"/>
      <w:r w:rsidRPr="009E601E">
        <w:rPr>
          <w:rFonts w:ascii="Yu Gothic UI" w:eastAsia="Yu Gothic UI" w:hAnsi="Yu Gothic UI"/>
        </w:rPr>
        <w:t xml:space="preserve"> Affidavit on ₹100 Non-Judicial Stamp Paper / ₹100 </w:t>
      </w:r>
      <w:proofErr w:type="spellStart"/>
      <w:r w:rsidRPr="009E601E">
        <w:rPr>
          <w:rFonts w:ascii="Mangal" w:eastAsia="Yu Gothic UI" w:hAnsi="Mangal" w:cs="Mangal"/>
        </w:rPr>
        <w:t>स्टॅम्प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पेपरवर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नोटरीकृत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शपथपत्र</w:t>
      </w:r>
      <w:proofErr w:type="spellEnd"/>
    </w:p>
    <w:p w14:paraId="2E3E90EA" w14:textId="77777777" w:rsidR="00227AEA" w:rsidRPr="009E601E" w:rsidRDefault="003A52FF">
      <w:pPr>
        <w:spacing w:before="60" w:after="60"/>
        <w:rPr>
          <w:rFonts w:ascii="Yu Gothic UI" w:eastAsia="Yu Gothic UI" w:hAnsi="Yu Gothic UI"/>
        </w:rPr>
      </w:pPr>
      <w:proofErr w:type="gramStart"/>
      <w:r w:rsidRPr="009E601E">
        <w:rPr>
          <w:rFonts w:ascii="Segoe UI Symbol" w:eastAsia="Yu Gothic UI" w:hAnsi="Segoe UI Symbol" w:cs="Segoe UI Symbol"/>
        </w:rPr>
        <w:t>☐</w:t>
      </w:r>
      <w:r w:rsidRPr="009E601E">
        <w:rPr>
          <w:rFonts w:ascii="Yu Gothic UI" w:eastAsia="Yu Gothic UI" w:hAnsi="Yu Gothic UI"/>
        </w:rPr>
        <w:t xml:space="preserve">  Income</w:t>
      </w:r>
      <w:proofErr w:type="gramEnd"/>
      <w:r w:rsidRPr="009E601E">
        <w:rPr>
          <w:rFonts w:ascii="Yu Gothic UI" w:eastAsia="Yu Gothic UI" w:hAnsi="Yu Gothic UI"/>
        </w:rPr>
        <w:t xml:space="preserve"> Certificate (current financial year) issued by Tehsildar / </w:t>
      </w:r>
      <w:proofErr w:type="spellStart"/>
      <w:r w:rsidRPr="009E601E">
        <w:rPr>
          <w:rFonts w:ascii="Mangal" w:eastAsia="Yu Gothic UI" w:hAnsi="Mangal" w:cs="Mangal"/>
        </w:rPr>
        <w:t>तहसीलदारांनी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दिलेले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उत्पन्न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प्रमाणपत्र</w:t>
      </w:r>
      <w:proofErr w:type="spellEnd"/>
      <w:r w:rsidRPr="009E601E">
        <w:rPr>
          <w:rFonts w:ascii="Yu Gothic UI" w:eastAsia="Yu Gothic UI" w:hAnsi="Yu Gothic UI"/>
        </w:rPr>
        <w:t xml:space="preserve"> (</w:t>
      </w:r>
      <w:proofErr w:type="spellStart"/>
      <w:r w:rsidRPr="009E601E">
        <w:rPr>
          <w:rFonts w:ascii="Mangal" w:eastAsia="Yu Gothic UI" w:hAnsi="Mangal" w:cs="Mangal"/>
        </w:rPr>
        <w:t>चालू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आर्थिक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वर्ष</w:t>
      </w:r>
      <w:proofErr w:type="spellEnd"/>
      <w:r w:rsidRPr="009E601E">
        <w:rPr>
          <w:rFonts w:ascii="Yu Gothic UI" w:eastAsia="Yu Gothic UI" w:hAnsi="Yu Gothic UI"/>
        </w:rPr>
        <w:t>)</w:t>
      </w:r>
    </w:p>
    <w:p w14:paraId="314A1DB3" w14:textId="77777777" w:rsidR="00227AEA" w:rsidRPr="009E601E" w:rsidRDefault="003A52FF">
      <w:pPr>
        <w:spacing w:before="60" w:after="60"/>
        <w:rPr>
          <w:rFonts w:ascii="Yu Gothic UI" w:eastAsia="Yu Gothic UI" w:hAnsi="Yu Gothic UI"/>
        </w:rPr>
      </w:pPr>
      <w:proofErr w:type="gramStart"/>
      <w:r w:rsidRPr="009E601E">
        <w:rPr>
          <w:rFonts w:ascii="Segoe UI Symbol" w:eastAsia="Yu Gothic UI" w:hAnsi="Segoe UI Symbol" w:cs="Segoe UI Symbol"/>
        </w:rPr>
        <w:t>☐</w:t>
      </w:r>
      <w:r w:rsidRPr="009E601E">
        <w:rPr>
          <w:rFonts w:ascii="Yu Gothic UI" w:eastAsia="Yu Gothic UI" w:hAnsi="Yu Gothic UI"/>
        </w:rPr>
        <w:t xml:space="preserve">  Aadhaar</w:t>
      </w:r>
      <w:proofErr w:type="gramEnd"/>
      <w:r w:rsidRPr="009E601E">
        <w:rPr>
          <w:rFonts w:ascii="Yu Gothic UI" w:eastAsia="Yu Gothic UI" w:hAnsi="Yu Gothic UI"/>
        </w:rPr>
        <w:t xml:space="preserve"> Card of applicant and all family members / </w:t>
      </w:r>
      <w:proofErr w:type="spellStart"/>
      <w:r w:rsidRPr="009E601E">
        <w:rPr>
          <w:rFonts w:ascii="Mangal" w:eastAsia="Yu Gothic UI" w:hAnsi="Mangal" w:cs="Mangal"/>
        </w:rPr>
        <w:t>अर्जदार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r w:rsidRPr="009E601E">
        <w:rPr>
          <w:rFonts w:ascii="Mangal" w:eastAsia="Yu Gothic UI" w:hAnsi="Mangal" w:cs="Mangal"/>
        </w:rPr>
        <w:t>व</w:t>
      </w:r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सर्व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कुटुंब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सदस्यांचे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आधार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कार्ड</w:t>
      </w:r>
      <w:proofErr w:type="spellEnd"/>
    </w:p>
    <w:p w14:paraId="03623AD1" w14:textId="77777777" w:rsidR="00227AEA" w:rsidRPr="009E601E" w:rsidRDefault="003A52FF">
      <w:pPr>
        <w:spacing w:before="60" w:after="60"/>
        <w:rPr>
          <w:rFonts w:ascii="Yu Gothic UI" w:eastAsia="Yu Gothic UI" w:hAnsi="Yu Gothic UI"/>
        </w:rPr>
      </w:pPr>
      <w:proofErr w:type="gramStart"/>
      <w:r w:rsidRPr="009E601E">
        <w:rPr>
          <w:rFonts w:ascii="Segoe UI Symbol" w:eastAsia="Yu Gothic UI" w:hAnsi="Segoe UI Symbol" w:cs="Segoe UI Symbol"/>
        </w:rPr>
        <w:t>☐</w:t>
      </w:r>
      <w:r w:rsidRPr="009E601E">
        <w:rPr>
          <w:rFonts w:ascii="Yu Gothic UI" w:eastAsia="Yu Gothic UI" w:hAnsi="Yu Gothic UI"/>
        </w:rPr>
        <w:t xml:space="preserve">  PAN</w:t>
      </w:r>
      <w:proofErr w:type="gramEnd"/>
      <w:r w:rsidRPr="009E601E">
        <w:rPr>
          <w:rFonts w:ascii="Yu Gothic UI" w:eastAsia="Yu Gothic UI" w:hAnsi="Yu Gothic UI"/>
        </w:rPr>
        <w:t xml:space="preserve"> of all earning family members / </w:t>
      </w:r>
      <w:proofErr w:type="spellStart"/>
      <w:r w:rsidRPr="009E601E">
        <w:rPr>
          <w:rFonts w:ascii="Mangal" w:eastAsia="Yu Gothic UI" w:hAnsi="Mangal" w:cs="Mangal"/>
        </w:rPr>
        <w:t>सर्व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उत्पन्न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मिळवणाऱ्या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कुटुंब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सदस्यांचे</w:t>
      </w:r>
      <w:proofErr w:type="spellEnd"/>
      <w:r w:rsidRPr="009E601E">
        <w:rPr>
          <w:rFonts w:ascii="Yu Gothic UI" w:eastAsia="Yu Gothic UI" w:hAnsi="Yu Gothic UI"/>
        </w:rPr>
        <w:t xml:space="preserve"> PAN</w:t>
      </w:r>
    </w:p>
    <w:p w14:paraId="6A770EC8" w14:textId="77777777" w:rsidR="00227AEA" w:rsidRPr="009E601E" w:rsidRDefault="003A52FF">
      <w:pPr>
        <w:spacing w:before="60" w:after="60"/>
        <w:rPr>
          <w:rFonts w:ascii="Yu Gothic UI" w:eastAsia="Yu Gothic UI" w:hAnsi="Yu Gothic UI"/>
        </w:rPr>
      </w:pPr>
      <w:proofErr w:type="gramStart"/>
      <w:r w:rsidRPr="009E601E">
        <w:rPr>
          <w:rFonts w:ascii="Segoe UI Symbol" w:eastAsia="Yu Gothic UI" w:hAnsi="Segoe UI Symbol" w:cs="Segoe UI Symbol"/>
        </w:rPr>
        <w:t>☐</w:t>
      </w:r>
      <w:r w:rsidRPr="009E601E">
        <w:rPr>
          <w:rFonts w:ascii="Yu Gothic UI" w:eastAsia="Yu Gothic UI" w:hAnsi="Yu Gothic UI"/>
        </w:rPr>
        <w:t xml:space="preserve">  7</w:t>
      </w:r>
      <w:proofErr w:type="gramEnd"/>
      <w:r w:rsidRPr="009E601E">
        <w:rPr>
          <w:rFonts w:ascii="Yu Gothic UI" w:eastAsia="Yu Gothic UI" w:hAnsi="Yu Gothic UI"/>
        </w:rPr>
        <w:t xml:space="preserve">/12 Utara extract (if agricultural land owned) / 7/12 </w:t>
      </w:r>
      <w:proofErr w:type="spellStart"/>
      <w:r w:rsidRPr="009E601E">
        <w:rPr>
          <w:rFonts w:ascii="Mangal" w:eastAsia="Yu Gothic UI" w:hAnsi="Mangal" w:cs="Mangal"/>
        </w:rPr>
        <w:t>उतारा</w:t>
      </w:r>
      <w:proofErr w:type="spellEnd"/>
      <w:r w:rsidRPr="009E601E">
        <w:rPr>
          <w:rFonts w:ascii="Yu Gothic UI" w:eastAsia="Yu Gothic UI" w:hAnsi="Yu Gothic UI"/>
        </w:rPr>
        <w:t xml:space="preserve"> (</w:t>
      </w:r>
      <w:proofErr w:type="spellStart"/>
      <w:r w:rsidRPr="009E601E">
        <w:rPr>
          <w:rFonts w:ascii="Mangal" w:eastAsia="Yu Gothic UI" w:hAnsi="Mangal" w:cs="Mangal"/>
        </w:rPr>
        <w:t>शेतजमीन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असल्यास</w:t>
      </w:r>
      <w:proofErr w:type="spellEnd"/>
      <w:r w:rsidRPr="009E601E">
        <w:rPr>
          <w:rFonts w:ascii="Yu Gothic UI" w:eastAsia="Yu Gothic UI" w:hAnsi="Yu Gothic UI"/>
        </w:rPr>
        <w:t>)</w:t>
      </w:r>
    </w:p>
    <w:p w14:paraId="747F0AF6" w14:textId="77777777" w:rsidR="00227AEA" w:rsidRPr="009E601E" w:rsidRDefault="003A52FF">
      <w:pPr>
        <w:spacing w:before="60" w:after="60"/>
        <w:rPr>
          <w:rFonts w:ascii="Yu Gothic UI" w:eastAsia="Yu Gothic UI" w:hAnsi="Yu Gothic UI"/>
        </w:rPr>
      </w:pPr>
      <w:proofErr w:type="gramStart"/>
      <w:r w:rsidRPr="009E601E">
        <w:rPr>
          <w:rFonts w:ascii="Segoe UI Symbol" w:eastAsia="Yu Gothic UI" w:hAnsi="Segoe UI Symbol" w:cs="Segoe UI Symbol"/>
        </w:rPr>
        <w:t>☐</w:t>
      </w:r>
      <w:r w:rsidRPr="009E601E">
        <w:rPr>
          <w:rFonts w:ascii="Yu Gothic UI" w:eastAsia="Yu Gothic UI" w:hAnsi="Yu Gothic UI"/>
        </w:rPr>
        <w:t xml:space="preserve">  Property</w:t>
      </w:r>
      <w:proofErr w:type="gramEnd"/>
      <w:r w:rsidRPr="009E601E">
        <w:rPr>
          <w:rFonts w:ascii="Yu Gothic UI" w:eastAsia="Yu Gothic UI" w:hAnsi="Yu Gothic UI"/>
        </w:rPr>
        <w:t xml:space="preserve"> documents / property tax receipt (for residential property) / </w:t>
      </w:r>
      <w:proofErr w:type="spellStart"/>
      <w:r w:rsidRPr="009E601E">
        <w:rPr>
          <w:rFonts w:ascii="Mangal" w:eastAsia="Yu Gothic UI" w:hAnsi="Mangal" w:cs="Mangal"/>
        </w:rPr>
        <w:t>मालमत्ता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दस्तऐवज</w:t>
      </w:r>
      <w:proofErr w:type="spellEnd"/>
      <w:r w:rsidRPr="009E601E">
        <w:rPr>
          <w:rFonts w:ascii="Yu Gothic UI" w:eastAsia="Yu Gothic UI" w:hAnsi="Yu Gothic UI"/>
        </w:rPr>
        <w:t xml:space="preserve"> / </w:t>
      </w:r>
      <w:proofErr w:type="spellStart"/>
      <w:r w:rsidRPr="009E601E">
        <w:rPr>
          <w:rFonts w:ascii="Mangal" w:eastAsia="Yu Gothic UI" w:hAnsi="Mangal" w:cs="Mangal"/>
        </w:rPr>
        <w:t>मालमत्ता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कर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पावती</w:t>
      </w:r>
      <w:proofErr w:type="spellEnd"/>
    </w:p>
    <w:p w14:paraId="48D46652" w14:textId="77777777" w:rsidR="00227AEA" w:rsidRPr="009E601E" w:rsidRDefault="003A52FF">
      <w:pPr>
        <w:spacing w:before="60" w:after="60"/>
        <w:rPr>
          <w:rFonts w:ascii="Yu Gothic UI" w:eastAsia="Yu Gothic UI" w:hAnsi="Yu Gothic UI"/>
        </w:rPr>
      </w:pPr>
      <w:proofErr w:type="gramStart"/>
      <w:r w:rsidRPr="009E601E">
        <w:rPr>
          <w:rFonts w:ascii="Segoe UI Symbol" w:eastAsia="Yu Gothic UI" w:hAnsi="Segoe UI Symbol" w:cs="Segoe UI Symbol"/>
        </w:rPr>
        <w:t>☐</w:t>
      </w:r>
      <w:r w:rsidRPr="009E601E">
        <w:rPr>
          <w:rFonts w:ascii="Yu Gothic UI" w:eastAsia="Yu Gothic UI" w:hAnsi="Yu Gothic UI"/>
        </w:rPr>
        <w:t xml:space="preserve">  Rental</w:t>
      </w:r>
      <w:proofErr w:type="gramEnd"/>
      <w:r w:rsidRPr="009E601E">
        <w:rPr>
          <w:rFonts w:ascii="Yu Gothic UI" w:eastAsia="Yu Gothic UI" w:hAnsi="Yu Gothic UI"/>
        </w:rPr>
        <w:t xml:space="preserve"> agreement (if tenant) / </w:t>
      </w:r>
      <w:proofErr w:type="spellStart"/>
      <w:r w:rsidRPr="009E601E">
        <w:rPr>
          <w:rFonts w:ascii="Mangal" w:eastAsia="Yu Gothic UI" w:hAnsi="Mangal" w:cs="Mangal"/>
        </w:rPr>
        <w:t>भाडे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करार</w:t>
      </w:r>
      <w:proofErr w:type="spellEnd"/>
      <w:r w:rsidRPr="009E601E">
        <w:rPr>
          <w:rFonts w:ascii="Yu Gothic UI" w:eastAsia="Yu Gothic UI" w:hAnsi="Yu Gothic UI"/>
        </w:rPr>
        <w:t xml:space="preserve"> (</w:t>
      </w:r>
      <w:proofErr w:type="spellStart"/>
      <w:r w:rsidRPr="009E601E">
        <w:rPr>
          <w:rFonts w:ascii="Mangal" w:eastAsia="Yu Gothic UI" w:hAnsi="Mangal" w:cs="Mangal"/>
        </w:rPr>
        <w:t>भाडेकरू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असल्यास</w:t>
      </w:r>
      <w:proofErr w:type="spellEnd"/>
      <w:r w:rsidRPr="009E601E">
        <w:rPr>
          <w:rFonts w:ascii="Yu Gothic UI" w:eastAsia="Yu Gothic UI" w:hAnsi="Yu Gothic UI"/>
        </w:rPr>
        <w:t>)</w:t>
      </w:r>
    </w:p>
    <w:p w14:paraId="17662172" w14:textId="77777777" w:rsidR="00227AEA" w:rsidRPr="009E601E" w:rsidRDefault="003A52FF">
      <w:pPr>
        <w:spacing w:before="60" w:after="60"/>
        <w:rPr>
          <w:rFonts w:ascii="Yu Gothic UI" w:eastAsia="Yu Gothic UI" w:hAnsi="Yu Gothic UI"/>
        </w:rPr>
      </w:pPr>
      <w:proofErr w:type="gramStart"/>
      <w:r w:rsidRPr="009E601E">
        <w:rPr>
          <w:rFonts w:ascii="Segoe UI Symbol" w:eastAsia="Yu Gothic UI" w:hAnsi="Segoe UI Symbol" w:cs="Segoe UI Symbol"/>
        </w:rPr>
        <w:t>☐</w:t>
      </w:r>
      <w:r w:rsidRPr="009E601E">
        <w:rPr>
          <w:rFonts w:ascii="Yu Gothic UI" w:eastAsia="Yu Gothic UI" w:hAnsi="Yu Gothic UI"/>
        </w:rPr>
        <w:t xml:space="preserve">  Two</w:t>
      </w:r>
      <w:proofErr w:type="gramEnd"/>
      <w:r w:rsidRPr="009E601E">
        <w:rPr>
          <w:rFonts w:ascii="Yu Gothic UI" w:eastAsia="Yu Gothic UI" w:hAnsi="Yu Gothic UI"/>
        </w:rPr>
        <w:t xml:space="preserve"> recent passport-size photographs / </w:t>
      </w:r>
      <w:proofErr w:type="spellStart"/>
      <w:r w:rsidRPr="009E601E">
        <w:rPr>
          <w:rFonts w:ascii="Mangal" w:eastAsia="Yu Gothic UI" w:hAnsi="Mangal" w:cs="Mangal"/>
        </w:rPr>
        <w:t>दोन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अलीकडील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पासपोर्ट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आकाराचे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फोटो</w:t>
      </w:r>
      <w:proofErr w:type="spellEnd"/>
    </w:p>
    <w:p w14:paraId="441DDB18" w14:textId="77777777" w:rsidR="00227AEA" w:rsidRPr="009E601E" w:rsidRDefault="003A52FF">
      <w:pPr>
        <w:spacing w:before="60" w:after="60"/>
        <w:rPr>
          <w:rFonts w:ascii="Yu Gothic UI" w:eastAsia="Yu Gothic UI" w:hAnsi="Yu Gothic UI"/>
        </w:rPr>
      </w:pPr>
      <w:proofErr w:type="gramStart"/>
      <w:r w:rsidRPr="009E601E">
        <w:rPr>
          <w:rFonts w:ascii="Segoe UI Symbol" w:eastAsia="Yu Gothic UI" w:hAnsi="Segoe UI Symbol" w:cs="Segoe UI Symbol"/>
        </w:rPr>
        <w:t>☐</w:t>
      </w:r>
      <w:r w:rsidRPr="009E601E">
        <w:rPr>
          <w:rFonts w:ascii="Yu Gothic UI" w:eastAsia="Yu Gothic UI" w:hAnsi="Yu Gothic UI"/>
        </w:rPr>
        <w:t xml:space="preserve">  Caste</w:t>
      </w:r>
      <w:proofErr w:type="gramEnd"/>
      <w:r w:rsidRPr="009E601E">
        <w:rPr>
          <w:rFonts w:ascii="Yu Gothic UI" w:eastAsia="Yu Gothic UI" w:hAnsi="Yu Gothic UI"/>
        </w:rPr>
        <w:t xml:space="preserve"> certificate or caste affidavit (General category declaration) / </w:t>
      </w:r>
      <w:proofErr w:type="spellStart"/>
      <w:r w:rsidRPr="009E601E">
        <w:rPr>
          <w:rFonts w:ascii="Mangal" w:eastAsia="Yu Gothic UI" w:hAnsi="Mangal" w:cs="Mangal"/>
        </w:rPr>
        <w:t>जात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प्रमाणपत्र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किंवा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जात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शपथपत्र</w:t>
      </w:r>
      <w:proofErr w:type="spellEnd"/>
    </w:p>
    <w:p w14:paraId="486B08E7" w14:textId="77777777" w:rsidR="00227AEA" w:rsidRPr="009E601E" w:rsidRDefault="003A52FF">
      <w:pPr>
        <w:spacing w:before="60" w:after="60"/>
        <w:rPr>
          <w:rFonts w:ascii="Yu Gothic UI" w:eastAsia="Yu Gothic UI" w:hAnsi="Yu Gothic UI"/>
        </w:rPr>
      </w:pPr>
      <w:proofErr w:type="gramStart"/>
      <w:r w:rsidRPr="009E601E">
        <w:rPr>
          <w:rFonts w:ascii="Segoe UI Symbol" w:eastAsia="Yu Gothic UI" w:hAnsi="Segoe UI Symbol" w:cs="Segoe UI Symbol"/>
        </w:rPr>
        <w:t>☐</w:t>
      </w:r>
      <w:r w:rsidRPr="009E601E">
        <w:rPr>
          <w:rFonts w:ascii="Yu Gothic UI" w:eastAsia="Yu Gothic UI" w:hAnsi="Yu Gothic UI"/>
        </w:rPr>
        <w:t xml:space="preserve">  ITR</w:t>
      </w:r>
      <w:proofErr w:type="gramEnd"/>
      <w:r w:rsidRPr="009E601E">
        <w:rPr>
          <w:rFonts w:ascii="Yu Gothic UI" w:eastAsia="Yu Gothic UI" w:hAnsi="Yu Gothic UI"/>
        </w:rPr>
        <w:t xml:space="preserve"> / Form 16 / bank statements (last 1 year) for salaried / </w:t>
      </w:r>
      <w:proofErr w:type="spellStart"/>
      <w:r w:rsidRPr="009E601E">
        <w:rPr>
          <w:rFonts w:ascii="Mangal" w:eastAsia="Yu Gothic UI" w:hAnsi="Mangal" w:cs="Mangal"/>
        </w:rPr>
        <w:t>व्यावसायिकांसाठी</w:t>
      </w:r>
      <w:proofErr w:type="spellEnd"/>
      <w:r w:rsidRPr="009E601E">
        <w:rPr>
          <w:rFonts w:ascii="Yu Gothic UI" w:eastAsia="Yu Gothic UI" w:hAnsi="Yu Gothic UI"/>
        </w:rPr>
        <w:t xml:space="preserve"> ITR / Form 16 / </w:t>
      </w:r>
      <w:proofErr w:type="spellStart"/>
      <w:r w:rsidRPr="009E601E">
        <w:rPr>
          <w:rFonts w:ascii="Mangal" w:eastAsia="Yu Gothic UI" w:hAnsi="Mangal" w:cs="Mangal"/>
        </w:rPr>
        <w:t>बँक</w:t>
      </w:r>
      <w:proofErr w:type="spellEnd"/>
      <w:r w:rsidRPr="009E601E">
        <w:rPr>
          <w:rFonts w:ascii="Yu Gothic UI" w:eastAsia="Yu Gothic UI" w:hAnsi="Yu Gothic UI"/>
        </w:rPr>
        <w:t xml:space="preserve"> </w:t>
      </w:r>
      <w:proofErr w:type="spellStart"/>
      <w:r w:rsidRPr="009E601E">
        <w:rPr>
          <w:rFonts w:ascii="Mangal" w:eastAsia="Yu Gothic UI" w:hAnsi="Mangal" w:cs="Mangal"/>
        </w:rPr>
        <w:t>स्टेटमेंट</w:t>
      </w:r>
      <w:proofErr w:type="spellEnd"/>
    </w:p>
    <w:p w14:paraId="4D414FF2" w14:textId="77777777" w:rsidR="00227AEA" w:rsidRPr="009E601E" w:rsidRDefault="00227AEA">
      <w:pPr>
        <w:spacing w:after="80"/>
        <w:rPr>
          <w:rFonts w:ascii="Yu Gothic UI" w:eastAsia="Yu Gothic UI" w:hAnsi="Yu Gothic UI"/>
        </w:rPr>
      </w:pPr>
    </w:p>
    <w:p w14:paraId="5DA4E26F" w14:textId="77777777" w:rsidR="00227AEA" w:rsidRPr="009E601E" w:rsidRDefault="003A52FF">
      <w:pPr>
        <w:spacing w:before="80" w:after="40"/>
        <w:jc w:val="center"/>
        <w:rPr>
          <w:rFonts w:ascii="Yu Gothic UI" w:eastAsia="Yu Gothic UI" w:hAnsi="Yu Gothic UI"/>
        </w:rPr>
      </w:pPr>
      <w:proofErr w:type="gramStart"/>
      <w:r w:rsidRPr="009E601E">
        <w:rPr>
          <w:rFonts w:ascii="Yu Gothic UI" w:eastAsia="Yu Gothic UI" w:hAnsi="Yu Gothic UI"/>
          <w:b/>
          <w:bCs/>
          <w:sz w:val="20"/>
          <w:szCs w:val="20"/>
        </w:rPr>
        <w:t>⚠  EWS</w:t>
      </w:r>
      <w:proofErr w:type="gramEnd"/>
      <w:r w:rsidRPr="009E601E">
        <w:rPr>
          <w:rFonts w:ascii="Yu Gothic UI" w:eastAsia="Yu Gothic UI" w:hAnsi="Yu Gothic UI"/>
          <w:b/>
          <w:bCs/>
          <w:sz w:val="20"/>
          <w:szCs w:val="20"/>
        </w:rPr>
        <w:t xml:space="preserve"> Certificate is valid for ONE financial year (April 1 – March 31). Renew annually.</w:t>
      </w:r>
    </w:p>
    <w:p w14:paraId="198FAF44" w14:textId="77777777" w:rsidR="00227AEA" w:rsidRPr="009E601E" w:rsidRDefault="003A52FF">
      <w:pPr>
        <w:spacing w:after="40"/>
        <w:jc w:val="center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i/>
          <w:iCs/>
          <w:sz w:val="20"/>
          <w:szCs w:val="20"/>
        </w:rPr>
        <w:t xml:space="preserve">EWS </w:t>
      </w:r>
      <w:proofErr w:type="spellStart"/>
      <w:r w:rsidRPr="009E601E">
        <w:rPr>
          <w:rFonts w:ascii="Mangal" w:eastAsia="Yu Gothic UI" w:hAnsi="Mangal" w:cs="Mangal"/>
          <w:i/>
          <w:iCs/>
          <w:sz w:val="20"/>
          <w:szCs w:val="20"/>
        </w:rPr>
        <w:t>प्रमाणपत्र</w:t>
      </w:r>
      <w:proofErr w:type="spellEnd"/>
      <w:r w:rsidRPr="009E601E">
        <w:rPr>
          <w:rFonts w:ascii="Yu Gothic UI" w:eastAsia="Yu Gothic UI" w:hAnsi="Yu Gothic UI"/>
          <w:i/>
          <w:iCs/>
          <w:sz w:val="20"/>
          <w:szCs w:val="20"/>
        </w:rPr>
        <w:t xml:space="preserve"> </w:t>
      </w:r>
      <w:proofErr w:type="spellStart"/>
      <w:r w:rsidRPr="009E601E">
        <w:rPr>
          <w:rFonts w:ascii="Mangal" w:eastAsia="Yu Gothic UI" w:hAnsi="Mangal" w:cs="Mangal"/>
          <w:i/>
          <w:iCs/>
          <w:sz w:val="20"/>
          <w:szCs w:val="20"/>
        </w:rPr>
        <w:t>फक्त</w:t>
      </w:r>
      <w:proofErr w:type="spellEnd"/>
      <w:r w:rsidRPr="009E601E">
        <w:rPr>
          <w:rFonts w:ascii="Yu Gothic UI" w:eastAsia="Yu Gothic UI" w:hAnsi="Yu Gothic UI"/>
          <w:i/>
          <w:iCs/>
          <w:sz w:val="20"/>
          <w:szCs w:val="20"/>
        </w:rPr>
        <w:t xml:space="preserve"> </w:t>
      </w:r>
      <w:proofErr w:type="spellStart"/>
      <w:r w:rsidRPr="009E601E">
        <w:rPr>
          <w:rFonts w:ascii="Mangal" w:eastAsia="Yu Gothic UI" w:hAnsi="Mangal" w:cs="Mangal"/>
          <w:i/>
          <w:iCs/>
          <w:sz w:val="20"/>
          <w:szCs w:val="20"/>
        </w:rPr>
        <w:t>एका</w:t>
      </w:r>
      <w:proofErr w:type="spellEnd"/>
      <w:r w:rsidRPr="009E601E">
        <w:rPr>
          <w:rFonts w:ascii="Yu Gothic UI" w:eastAsia="Yu Gothic UI" w:hAnsi="Yu Gothic UI"/>
          <w:i/>
          <w:iCs/>
          <w:sz w:val="20"/>
          <w:szCs w:val="20"/>
        </w:rPr>
        <w:t xml:space="preserve"> </w:t>
      </w:r>
      <w:proofErr w:type="spellStart"/>
      <w:r w:rsidRPr="009E601E">
        <w:rPr>
          <w:rFonts w:ascii="Mangal" w:eastAsia="Yu Gothic UI" w:hAnsi="Mangal" w:cs="Mangal"/>
          <w:i/>
          <w:iCs/>
          <w:sz w:val="20"/>
          <w:szCs w:val="20"/>
        </w:rPr>
        <w:t>आर्थिक</w:t>
      </w:r>
      <w:proofErr w:type="spellEnd"/>
      <w:r w:rsidRPr="009E601E">
        <w:rPr>
          <w:rFonts w:ascii="Yu Gothic UI" w:eastAsia="Yu Gothic UI" w:hAnsi="Yu Gothic UI"/>
          <w:i/>
          <w:iCs/>
          <w:sz w:val="20"/>
          <w:szCs w:val="20"/>
        </w:rPr>
        <w:t xml:space="preserve"> </w:t>
      </w:r>
      <w:proofErr w:type="spellStart"/>
      <w:r w:rsidRPr="009E601E">
        <w:rPr>
          <w:rFonts w:ascii="Mangal" w:eastAsia="Yu Gothic UI" w:hAnsi="Mangal" w:cs="Mangal"/>
          <w:i/>
          <w:iCs/>
          <w:sz w:val="20"/>
          <w:szCs w:val="20"/>
        </w:rPr>
        <w:t>वर्षासाठी</w:t>
      </w:r>
      <w:proofErr w:type="spellEnd"/>
      <w:r w:rsidRPr="009E601E">
        <w:rPr>
          <w:rFonts w:ascii="Yu Gothic UI" w:eastAsia="Yu Gothic UI" w:hAnsi="Yu Gothic UI"/>
          <w:i/>
          <w:iCs/>
          <w:sz w:val="20"/>
          <w:szCs w:val="20"/>
        </w:rPr>
        <w:t xml:space="preserve"> (1 </w:t>
      </w:r>
      <w:proofErr w:type="spellStart"/>
      <w:r w:rsidRPr="009E601E">
        <w:rPr>
          <w:rFonts w:ascii="Mangal" w:eastAsia="Yu Gothic UI" w:hAnsi="Mangal" w:cs="Mangal"/>
          <w:i/>
          <w:iCs/>
          <w:sz w:val="20"/>
          <w:szCs w:val="20"/>
        </w:rPr>
        <w:t>एप्रिल</w:t>
      </w:r>
      <w:proofErr w:type="spellEnd"/>
      <w:r w:rsidRPr="009E601E">
        <w:rPr>
          <w:rFonts w:ascii="Yu Gothic UI" w:eastAsia="Yu Gothic UI" w:hAnsi="Yu Gothic UI"/>
          <w:i/>
          <w:iCs/>
          <w:sz w:val="20"/>
          <w:szCs w:val="20"/>
        </w:rPr>
        <w:t xml:space="preserve"> – 31 </w:t>
      </w:r>
      <w:proofErr w:type="spellStart"/>
      <w:r w:rsidRPr="009E601E">
        <w:rPr>
          <w:rFonts w:ascii="Mangal" w:eastAsia="Yu Gothic UI" w:hAnsi="Mangal" w:cs="Mangal"/>
          <w:i/>
          <w:iCs/>
          <w:sz w:val="20"/>
          <w:szCs w:val="20"/>
        </w:rPr>
        <w:t>मार्च</w:t>
      </w:r>
      <w:proofErr w:type="spellEnd"/>
      <w:r w:rsidRPr="009E601E">
        <w:rPr>
          <w:rFonts w:ascii="Yu Gothic UI" w:eastAsia="Yu Gothic UI" w:hAnsi="Yu Gothic UI"/>
          <w:i/>
          <w:iCs/>
          <w:sz w:val="20"/>
          <w:szCs w:val="20"/>
        </w:rPr>
        <w:t xml:space="preserve">) </w:t>
      </w:r>
      <w:proofErr w:type="spellStart"/>
      <w:r w:rsidRPr="009E601E">
        <w:rPr>
          <w:rFonts w:ascii="Mangal" w:eastAsia="Yu Gothic UI" w:hAnsi="Mangal" w:cs="Mangal"/>
          <w:i/>
          <w:iCs/>
          <w:sz w:val="20"/>
          <w:szCs w:val="20"/>
        </w:rPr>
        <w:t>वैध</w:t>
      </w:r>
      <w:proofErr w:type="spellEnd"/>
      <w:r w:rsidRPr="009E601E">
        <w:rPr>
          <w:rFonts w:ascii="Yu Gothic UI" w:eastAsia="Yu Gothic UI" w:hAnsi="Yu Gothic UI"/>
          <w:i/>
          <w:iCs/>
          <w:sz w:val="20"/>
          <w:szCs w:val="20"/>
        </w:rPr>
        <w:t xml:space="preserve"> </w:t>
      </w:r>
      <w:proofErr w:type="spellStart"/>
      <w:r w:rsidRPr="009E601E">
        <w:rPr>
          <w:rFonts w:ascii="Mangal" w:eastAsia="Yu Gothic UI" w:hAnsi="Mangal" w:cs="Mangal"/>
          <w:i/>
          <w:iCs/>
          <w:sz w:val="20"/>
          <w:szCs w:val="20"/>
        </w:rPr>
        <w:t>आहे</w:t>
      </w:r>
      <w:proofErr w:type="spellEnd"/>
      <w:r w:rsidRPr="009E601E">
        <w:rPr>
          <w:rFonts w:ascii="Yu Gothic UI" w:eastAsia="Yu Gothic UI" w:hAnsi="Yu Gothic UI"/>
          <w:i/>
          <w:iCs/>
          <w:sz w:val="20"/>
          <w:szCs w:val="20"/>
        </w:rPr>
        <w:t xml:space="preserve">. </w:t>
      </w:r>
      <w:proofErr w:type="spellStart"/>
      <w:r w:rsidRPr="009E601E">
        <w:rPr>
          <w:rFonts w:ascii="Mangal" w:eastAsia="Yu Gothic UI" w:hAnsi="Mangal" w:cs="Mangal"/>
          <w:i/>
          <w:iCs/>
          <w:sz w:val="20"/>
          <w:szCs w:val="20"/>
        </w:rPr>
        <w:t>दरवर्षी</w:t>
      </w:r>
      <w:proofErr w:type="spellEnd"/>
      <w:r w:rsidRPr="009E601E">
        <w:rPr>
          <w:rFonts w:ascii="Yu Gothic UI" w:eastAsia="Yu Gothic UI" w:hAnsi="Yu Gothic UI"/>
          <w:i/>
          <w:iCs/>
          <w:sz w:val="20"/>
          <w:szCs w:val="20"/>
        </w:rPr>
        <w:t xml:space="preserve"> </w:t>
      </w:r>
      <w:proofErr w:type="spellStart"/>
      <w:r w:rsidRPr="009E601E">
        <w:rPr>
          <w:rFonts w:ascii="Mangal" w:eastAsia="Yu Gothic UI" w:hAnsi="Mangal" w:cs="Mangal"/>
          <w:i/>
          <w:iCs/>
          <w:sz w:val="20"/>
          <w:szCs w:val="20"/>
        </w:rPr>
        <w:t>नूतनीकरण</w:t>
      </w:r>
      <w:proofErr w:type="spellEnd"/>
      <w:r w:rsidRPr="009E601E">
        <w:rPr>
          <w:rFonts w:ascii="Yu Gothic UI" w:eastAsia="Yu Gothic UI" w:hAnsi="Yu Gothic UI"/>
          <w:i/>
          <w:iCs/>
          <w:sz w:val="20"/>
          <w:szCs w:val="20"/>
        </w:rPr>
        <w:t xml:space="preserve"> </w:t>
      </w:r>
      <w:proofErr w:type="spellStart"/>
      <w:r w:rsidRPr="009E601E">
        <w:rPr>
          <w:rFonts w:ascii="Mangal" w:eastAsia="Yu Gothic UI" w:hAnsi="Mangal" w:cs="Mangal"/>
          <w:i/>
          <w:iCs/>
          <w:sz w:val="20"/>
          <w:szCs w:val="20"/>
        </w:rPr>
        <w:t>करा</w:t>
      </w:r>
      <w:proofErr w:type="spellEnd"/>
      <w:r w:rsidRPr="009E601E">
        <w:rPr>
          <w:rFonts w:ascii="Yu Gothic UI" w:eastAsia="Yu Gothic UI" w:hAnsi="Yu Gothic UI"/>
          <w:i/>
          <w:iCs/>
          <w:sz w:val="20"/>
          <w:szCs w:val="20"/>
        </w:rPr>
        <w:t>.</w:t>
      </w:r>
    </w:p>
    <w:p w14:paraId="38438F9B" w14:textId="77777777" w:rsidR="00227AEA" w:rsidRPr="009E601E" w:rsidRDefault="003A52FF">
      <w:pPr>
        <w:spacing w:before="40" w:after="40"/>
        <w:jc w:val="center"/>
        <w:rPr>
          <w:rFonts w:ascii="Yu Gothic UI" w:eastAsia="Yu Gothic UI" w:hAnsi="Yu Gothic UI"/>
        </w:rPr>
      </w:pPr>
      <w:r w:rsidRPr="009E601E">
        <w:rPr>
          <w:rFonts w:ascii="Yu Gothic UI" w:eastAsia="Yu Gothic UI" w:hAnsi="Yu Gothic UI"/>
          <w:i/>
          <w:iCs/>
          <w:sz w:val="18"/>
          <w:szCs w:val="18"/>
        </w:rPr>
        <w:t xml:space="preserve">Legal basis: 103rd Constitutional Amendment Act, 2019 (Articles 15(6) &amp; 16(6)) | </w:t>
      </w:r>
      <w:proofErr w:type="spellStart"/>
      <w:r w:rsidRPr="009E601E">
        <w:rPr>
          <w:rFonts w:ascii="Yu Gothic UI" w:eastAsia="Yu Gothic UI" w:hAnsi="Yu Gothic UI"/>
          <w:i/>
          <w:iCs/>
          <w:sz w:val="18"/>
          <w:szCs w:val="18"/>
        </w:rPr>
        <w:t>DoPT</w:t>
      </w:r>
      <w:proofErr w:type="spellEnd"/>
      <w:r w:rsidRPr="009E601E">
        <w:rPr>
          <w:rFonts w:ascii="Yu Gothic UI" w:eastAsia="Yu Gothic UI" w:hAnsi="Yu Gothic UI"/>
          <w:i/>
          <w:iCs/>
          <w:sz w:val="18"/>
          <w:szCs w:val="18"/>
        </w:rPr>
        <w:t xml:space="preserve"> OM No.36039/1/2019-</w:t>
      </w:r>
      <w:proofErr w:type="gramStart"/>
      <w:r w:rsidRPr="009E601E">
        <w:rPr>
          <w:rFonts w:ascii="Yu Gothic UI" w:eastAsia="Yu Gothic UI" w:hAnsi="Yu Gothic UI"/>
          <w:i/>
          <w:iCs/>
          <w:sz w:val="18"/>
          <w:szCs w:val="18"/>
        </w:rPr>
        <w:t>Estt(</w:t>
      </w:r>
      <w:proofErr w:type="gramEnd"/>
      <w:r w:rsidRPr="009E601E">
        <w:rPr>
          <w:rFonts w:ascii="Yu Gothic UI" w:eastAsia="Yu Gothic UI" w:hAnsi="Yu Gothic UI"/>
          <w:i/>
          <w:iCs/>
          <w:sz w:val="18"/>
          <w:szCs w:val="18"/>
        </w:rPr>
        <w:t>Res) dated 31.01.2019</w:t>
      </w:r>
    </w:p>
    <w:sectPr w:rsidR="00227AEA" w:rsidRPr="009E601E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28738">
    <w:abstractNumId w:val="8"/>
  </w:num>
  <w:num w:numId="2" w16cid:durableId="330644082">
    <w:abstractNumId w:val="6"/>
  </w:num>
  <w:num w:numId="3" w16cid:durableId="1633288973">
    <w:abstractNumId w:val="5"/>
  </w:num>
  <w:num w:numId="4" w16cid:durableId="1274557717">
    <w:abstractNumId w:val="4"/>
  </w:num>
  <w:num w:numId="5" w16cid:durableId="848065553">
    <w:abstractNumId w:val="7"/>
  </w:num>
  <w:num w:numId="6" w16cid:durableId="1866867987">
    <w:abstractNumId w:val="3"/>
  </w:num>
  <w:num w:numId="7" w16cid:durableId="294264263">
    <w:abstractNumId w:val="2"/>
  </w:num>
  <w:num w:numId="8" w16cid:durableId="44499432">
    <w:abstractNumId w:val="1"/>
  </w:num>
  <w:num w:numId="9" w16cid:durableId="1033767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726E"/>
    <w:rsid w:val="0006063C"/>
    <w:rsid w:val="000B4CC5"/>
    <w:rsid w:val="000E441C"/>
    <w:rsid w:val="0015074B"/>
    <w:rsid w:val="00227AEA"/>
    <w:rsid w:val="00230C51"/>
    <w:rsid w:val="00237FDA"/>
    <w:rsid w:val="0029639D"/>
    <w:rsid w:val="002E4F52"/>
    <w:rsid w:val="00326F90"/>
    <w:rsid w:val="003A52FF"/>
    <w:rsid w:val="003C1295"/>
    <w:rsid w:val="003F3E55"/>
    <w:rsid w:val="003F4510"/>
    <w:rsid w:val="0042297C"/>
    <w:rsid w:val="00510F92"/>
    <w:rsid w:val="005A05EE"/>
    <w:rsid w:val="005A431A"/>
    <w:rsid w:val="00617330"/>
    <w:rsid w:val="006A2A59"/>
    <w:rsid w:val="006F0BD9"/>
    <w:rsid w:val="007420DD"/>
    <w:rsid w:val="0079409E"/>
    <w:rsid w:val="0080235B"/>
    <w:rsid w:val="008144F4"/>
    <w:rsid w:val="00824C4C"/>
    <w:rsid w:val="008459DB"/>
    <w:rsid w:val="009E601E"/>
    <w:rsid w:val="00A41DD7"/>
    <w:rsid w:val="00AA1D8D"/>
    <w:rsid w:val="00AE0455"/>
    <w:rsid w:val="00B47730"/>
    <w:rsid w:val="00BA6DDB"/>
    <w:rsid w:val="00C96FDC"/>
    <w:rsid w:val="00CB0664"/>
    <w:rsid w:val="00DB0395"/>
    <w:rsid w:val="00E23F00"/>
    <w:rsid w:val="00E4434B"/>
    <w:rsid w:val="00E8341E"/>
    <w:rsid w:val="00E85E19"/>
    <w:rsid w:val="00E95598"/>
    <w:rsid w:val="00EF34B2"/>
    <w:rsid w:val="00F71839"/>
    <w:rsid w:val="00FC58B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EE5F8B"/>
  <w14:defaultImageDpi w14:val="300"/>
  <w15:docId w15:val="{5306FDBA-5D0F-4465-8EDE-457CB5E2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F5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FC693F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FC693F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FC693F"/>
    <w:rPr>
      <w:rFonts w:ascii="Calibri" w:eastAsia="MS Gothic" w:hAnsi="Calibri" w:cs="Times New Roman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FC693F"/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FC693F"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</w:rPr>
  </w:style>
  <w:style w:type="character" w:customStyle="1" w:styleId="MacroTextChar">
    <w:name w:val="Macro Text Char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FC693F"/>
    <w:rPr>
      <w:i/>
      <w:iCs/>
      <w:color w:val="000000"/>
    </w:rPr>
  </w:style>
  <w:style w:type="character" w:customStyle="1" w:styleId="Heading4Char">
    <w:name w:val="Heading 4 Char"/>
    <w:link w:val="Heading4"/>
    <w:uiPriority w:val="9"/>
    <w:semiHidden/>
    <w:rsid w:val="00FC693F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FC693F"/>
    <w:rPr>
      <w:rFonts w:ascii="Calibri" w:eastAsia="MS Gothic" w:hAnsi="Calibri" w:cs="Times New Roman"/>
      <w:color w:val="243F60"/>
    </w:rPr>
  </w:style>
  <w:style w:type="character" w:customStyle="1" w:styleId="Heading6Char">
    <w:name w:val="Heading 6 Char"/>
    <w:link w:val="Heading6"/>
    <w:uiPriority w:val="9"/>
    <w:semiHidden/>
    <w:rsid w:val="00FC693F"/>
    <w:rPr>
      <w:rFonts w:ascii="Calibri" w:eastAsia="MS Gothic" w:hAnsi="Calibri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FC693F"/>
    <w:rPr>
      <w:rFonts w:ascii="Calibri" w:eastAsia="MS Gothic" w:hAnsi="Calibri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FC693F"/>
    <w:rPr>
      <w:rFonts w:ascii="Calibri" w:eastAsia="MS Gothic" w:hAnsi="Calibri" w:cs="Times New Roman"/>
      <w:color w:val="4F81BD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FC693F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qFormat/>
    <w:rsid w:val="00FC693F"/>
    <w:rPr>
      <w:b/>
      <w:bCs/>
    </w:rPr>
  </w:style>
  <w:style w:type="character" w:styleId="Emphasis">
    <w:name w:val="Emphasis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FC693F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FC693F"/>
    <w:rPr>
      <w:i/>
      <w:iCs/>
      <w:color w:val="808080"/>
    </w:rPr>
  </w:style>
  <w:style w:type="character" w:styleId="IntenseEmphasis">
    <w:name w:val="Intense Emphasis"/>
    <w:uiPriority w:val="21"/>
    <w:qFormat/>
    <w:rsid w:val="00FC693F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FC693F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FC693F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FC693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FC693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FC693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FC693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FC693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FC693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MediumShading1">
    <w:name w:val="Medium Shading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1277</Words>
  <Characters>7382</Characters>
  <Application>Microsoft Office Word</Application>
  <DocSecurity>0</DocSecurity>
  <Lines>167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Rohit Ramname</cp:lastModifiedBy>
  <cp:revision>4</cp:revision>
  <dcterms:created xsi:type="dcterms:W3CDTF">2026-07-21T20:29:00Z</dcterms:created>
  <dcterms:modified xsi:type="dcterms:W3CDTF">2026-07-21T20:32:00Z</dcterms:modified>
  <cp:category/>
</cp:coreProperties>
</file>